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F2A227" w14:textId="2C78E3E7" w:rsidR="00E80A87" w:rsidRPr="00B75FF8" w:rsidRDefault="00B7070C" w:rsidP="00E93B41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noProof/>
          <w:lang w:val="nl-NL"/>
        </w:rPr>
        <w:drawing>
          <wp:anchor distT="0" distB="0" distL="114300" distR="114300" simplePos="0" relativeHeight="251661312" behindDoc="1" locked="0" layoutInCell="1" allowOverlap="1" wp14:anchorId="5B663B4E" wp14:editId="166CD892">
            <wp:simplePos x="0" y="0"/>
            <wp:positionH relativeFrom="column">
              <wp:posOffset>-1172184</wp:posOffset>
            </wp:positionH>
            <wp:positionV relativeFrom="paragraph">
              <wp:posOffset>-943584</wp:posOffset>
            </wp:positionV>
            <wp:extent cx="7794825" cy="4202349"/>
            <wp:effectExtent l="0" t="0" r="3175" b="1905"/>
            <wp:wrapNone/>
            <wp:docPr id="280024879" name="Afbeelding 5" descr="Afbeelding met boom, buitenshuis, Vastgoed, eigendo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24879" name="Afbeelding 5" descr="Afbeelding met boom, buitenshuis, Vastgoed, eigendom&#10;&#10;Door AI gegenereerde inhoud is mogelijk onjuis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60969" cy="4238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ACABF" w14:textId="01C1CC50" w:rsidR="00E80A87" w:rsidRPr="00B75FF8" w:rsidRDefault="00E80A87" w:rsidP="00E93B41">
      <w:pPr>
        <w:rPr>
          <w:rFonts w:ascii="Arial" w:hAnsi="Arial" w:cs="Arial"/>
          <w:lang w:val="nl-NL"/>
        </w:rPr>
      </w:pPr>
    </w:p>
    <w:p w14:paraId="7A1FB20C" w14:textId="0B1FA03B" w:rsidR="00E80A87" w:rsidRPr="00B75FF8" w:rsidRDefault="00E80A87" w:rsidP="00E93B41">
      <w:pPr>
        <w:rPr>
          <w:rFonts w:ascii="Arial" w:hAnsi="Arial" w:cs="Arial"/>
          <w:lang w:val="nl-NL"/>
        </w:rPr>
      </w:pPr>
    </w:p>
    <w:p w14:paraId="3645C472" w14:textId="445FF990" w:rsidR="00E80A87" w:rsidRPr="00B75FF8" w:rsidRDefault="00E80A87" w:rsidP="00E93B41">
      <w:pPr>
        <w:rPr>
          <w:rFonts w:ascii="Arial" w:hAnsi="Arial" w:cs="Arial"/>
          <w:lang w:val="nl-NL"/>
        </w:rPr>
      </w:pPr>
    </w:p>
    <w:p w14:paraId="55D9EA6A" w14:textId="59FECD47" w:rsidR="00E80A87" w:rsidRPr="00B75FF8" w:rsidRDefault="00E80A87" w:rsidP="00E93B41">
      <w:pPr>
        <w:rPr>
          <w:rFonts w:ascii="Arial" w:hAnsi="Arial" w:cs="Arial"/>
          <w:lang w:val="nl-NL"/>
        </w:rPr>
      </w:pPr>
    </w:p>
    <w:p w14:paraId="1BC845EA" w14:textId="710373A8" w:rsidR="00E80A87" w:rsidRPr="00B75FF8" w:rsidRDefault="00E80A87" w:rsidP="00E93B41">
      <w:pPr>
        <w:rPr>
          <w:rFonts w:ascii="Arial" w:hAnsi="Arial" w:cs="Arial"/>
          <w:lang w:val="nl-NL"/>
        </w:rPr>
      </w:pPr>
    </w:p>
    <w:p w14:paraId="3CB49A32" w14:textId="77777777" w:rsidR="00E80A87" w:rsidRPr="00B75FF8" w:rsidRDefault="00E80A87" w:rsidP="00E93B41">
      <w:pPr>
        <w:rPr>
          <w:rFonts w:ascii="Arial" w:hAnsi="Arial" w:cs="Arial"/>
          <w:lang w:val="nl-NL"/>
        </w:rPr>
      </w:pPr>
    </w:p>
    <w:p w14:paraId="5D028E65" w14:textId="77777777" w:rsidR="00E80A87" w:rsidRPr="00B75FF8" w:rsidRDefault="00E80A87" w:rsidP="00E93B41">
      <w:pPr>
        <w:rPr>
          <w:rFonts w:ascii="Arial" w:hAnsi="Arial" w:cs="Arial"/>
          <w:lang w:val="nl-NL"/>
        </w:rPr>
      </w:pPr>
    </w:p>
    <w:p w14:paraId="7962A7DE" w14:textId="77777777" w:rsidR="00E80A87" w:rsidRPr="00B75FF8" w:rsidRDefault="00E80A87" w:rsidP="00E93B41">
      <w:pPr>
        <w:rPr>
          <w:rFonts w:ascii="Arial" w:hAnsi="Arial" w:cs="Arial"/>
          <w:lang w:val="nl-NL"/>
        </w:rPr>
      </w:pPr>
    </w:p>
    <w:p w14:paraId="28F03991" w14:textId="77777777" w:rsidR="00E80A87" w:rsidRPr="00B75FF8" w:rsidRDefault="00E80A87" w:rsidP="00E93B41">
      <w:pPr>
        <w:rPr>
          <w:rFonts w:ascii="Arial" w:hAnsi="Arial" w:cs="Arial"/>
          <w:lang w:val="nl-NL"/>
        </w:rPr>
      </w:pPr>
    </w:p>
    <w:p w14:paraId="78480206" w14:textId="77777777" w:rsidR="00F37966" w:rsidRPr="00B75FF8" w:rsidRDefault="00F37966" w:rsidP="00E93B41">
      <w:pPr>
        <w:rPr>
          <w:rFonts w:ascii="Arial" w:hAnsi="Arial" w:cs="Arial"/>
          <w:lang w:val="nl-NL"/>
        </w:rPr>
      </w:pPr>
    </w:p>
    <w:p w14:paraId="186954AD" w14:textId="77777777" w:rsidR="00F37966" w:rsidRPr="00B75FF8" w:rsidRDefault="00F37966" w:rsidP="00E93B41">
      <w:pPr>
        <w:rPr>
          <w:rFonts w:ascii="Arial" w:hAnsi="Arial" w:cs="Arial"/>
          <w:lang w:val="nl-NL"/>
        </w:rPr>
      </w:pPr>
    </w:p>
    <w:p w14:paraId="758D7EB8" w14:textId="7D82A7B9" w:rsidR="00E93B41" w:rsidRPr="00B75FF8" w:rsidRDefault="00E93B41" w:rsidP="00E93B41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 xml:space="preserve">Inschrijver verklaart door het ondertekenen van dit formulier: </w:t>
      </w:r>
    </w:p>
    <w:p w14:paraId="50433E39" w14:textId="5F54A054" w:rsidR="00E93B41" w:rsidRPr="00B75FF8" w:rsidRDefault="00E93B41" w:rsidP="00E93B41">
      <w:pPr>
        <w:ind w:left="720" w:hanging="720"/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b/>
          <w:bCs/>
          <w:color w:val="66C1C4"/>
          <w:lang w:val="nl-NL"/>
        </w:rPr>
        <w:t>→</w:t>
      </w:r>
      <w:r w:rsidRPr="00B75FF8">
        <w:rPr>
          <w:rFonts w:ascii="Arial" w:hAnsi="Arial" w:cs="Arial"/>
          <w:color w:val="66C1C4"/>
          <w:lang w:val="nl-NL"/>
        </w:rPr>
        <w:t xml:space="preserve"> </w:t>
      </w:r>
      <w:r w:rsidRPr="00B75FF8">
        <w:rPr>
          <w:rFonts w:ascii="Arial" w:hAnsi="Arial" w:cs="Arial"/>
          <w:lang w:val="nl-NL"/>
        </w:rPr>
        <w:tab/>
        <w:t xml:space="preserve">Kennis te hebben genomen van het </w:t>
      </w:r>
      <w:r w:rsidR="00527030" w:rsidRPr="00B75FF8">
        <w:rPr>
          <w:rFonts w:ascii="Arial" w:hAnsi="Arial" w:cs="Arial"/>
          <w:lang w:val="nl-NL"/>
        </w:rPr>
        <w:t>“U</w:t>
      </w:r>
      <w:r w:rsidRPr="00B75FF8">
        <w:rPr>
          <w:rFonts w:ascii="Arial" w:hAnsi="Arial" w:cs="Arial"/>
          <w:lang w:val="nl-NL"/>
        </w:rPr>
        <w:t xml:space="preserve">itgiftebeleid </w:t>
      </w:r>
      <w:r w:rsidR="00527030" w:rsidRPr="00B75FF8">
        <w:rPr>
          <w:rFonts w:ascii="Arial" w:hAnsi="Arial" w:cs="Arial"/>
          <w:lang w:val="nl-NL"/>
        </w:rPr>
        <w:t>W</w:t>
      </w:r>
      <w:r w:rsidRPr="00B75FF8">
        <w:rPr>
          <w:rFonts w:ascii="Arial" w:hAnsi="Arial" w:cs="Arial"/>
          <w:lang w:val="nl-NL"/>
        </w:rPr>
        <w:t>erklocaties Enschede</w:t>
      </w:r>
      <w:r w:rsidR="00527030" w:rsidRPr="00B75FF8">
        <w:rPr>
          <w:rFonts w:ascii="Arial" w:hAnsi="Arial" w:cs="Arial"/>
          <w:lang w:val="nl-NL"/>
        </w:rPr>
        <w:t>”</w:t>
      </w:r>
      <w:r w:rsidRPr="00B75FF8">
        <w:rPr>
          <w:rFonts w:ascii="Arial" w:hAnsi="Arial" w:cs="Arial"/>
          <w:lang w:val="nl-NL"/>
        </w:rPr>
        <w:t xml:space="preserve"> en akkoord te gaan met alle voorwaarden en procedures waaronder de inschrijving, reservering, verkoop en integriteitsscreening op grond van de </w:t>
      </w:r>
      <w:r w:rsidR="00527030" w:rsidRPr="00B75FF8">
        <w:rPr>
          <w:rFonts w:ascii="Arial" w:hAnsi="Arial" w:cs="Arial"/>
          <w:lang w:val="nl-NL"/>
        </w:rPr>
        <w:t>W</w:t>
      </w:r>
      <w:r w:rsidRPr="00B75FF8">
        <w:rPr>
          <w:rFonts w:ascii="Arial" w:hAnsi="Arial" w:cs="Arial"/>
          <w:lang w:val="nl-NL"/>
        </w:rPr>
        <w:t xml:space="preserve">et </w:t>
      </w:r>
      <w:proofErr w:type="spellStart"/>
      <w:r w:rsidRPr="00B75FF8">
        <w:rPr>
          <w:rFonts w:ascii="Arial" w:hAnsi="Arial" w:cs="Arial"/>
          <w:lang w:val="nl-NL"/>
        </w:rPr>
        <w:t>Bibob</w:t>
      </w:r>
      <w:proofErr w:type="spellEnd"/>
      <w:r w:rsidRPr="00B75FF8">
        <w:rPr>
          <w:rFonts w:ascii="Arial" w:hAnsi="Arial" w:cs="Arial"/>
          <w:lang w:val="nl-NL"/>
        </w:rPr>
        <w:t>. Alle voorwaarden en formulieren zijn te downloaden via de website</w:t>
      </w:r>
      <w:r w:rsidR="00527030" w:rsidRPr="00B75FF8">
        <w:rPr>
          <w:rFonts w:ascii="Arial" w:hAnsi="Arial" w:cs="Arial"/>
          <w:lang w:val="nl-NL"/>
        </w:rPr>
        <w:t xml:space="preserve">: </w:t>
      </w:r>
      <w:r w:rsidR="008F6F16" w:rsidRPr="00B75FF8">
        <w:rPr>
          <w:rFonts w:ascii="Arial" w:hAnsi="Arial" w:cs="Arial"/>
          <w:lang w:val="nl-NL"/>
        </w:rPr>
        <w:t>www.usselermors.nl</w:t>
      </w:r>
    </w:p>
    <w:p w14:paraId="3EB6E168" w14:textId="2141AC57" w:rsidR="00E93B41" w:rsidRPr="00B75FF8" w:rsidRDefault="00E93B41" w:rsidP="00E93B41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color w:val="66C1C4"/>
          <w:lang w:val="nl-NL"/>
        </w:rPr>
        <w:t xml:space="preserve">→ </w:t>
      </w:r>
      <w:r w:rsidRPr="00B75FF8">
        <w:rPr>
          <w:rFonts w:ascii="Arial" w:hAnsi="Arial" w:cs="Arial"/>
          <w:lang w:val="nl-NL"/>
        </w:rPr>
        <w:tab/>
        <w:t>De betreffende kavel als eindgebruiker te zullen gebruiken</w:t>
      </w:r>
      <w:r w:rsidR="00177E3C" w:rsidRPr="00B75FF8">
        <w:rPr>
          <w:rFonts w:ascii="Arial" w:hAnsi="Arial" w:cs="Arial"/>
          <w:lang w:val="nl-NL"/>
        </w:rPr>
        <w:t>.</w:t>
      </w:r>
    </w:p>
    <w:p w14:paraId="717D0E11" w14:textId="77777777" w:rsidR="00B64889" w:rsidRPr="00B75FF8" w:rsidRDefault="00B64889" w:rsidP="00B64889">
      <w:pPr>
        <w:rPr>
          <w:rFonts w:ascii="Arial" w:hAnsi="Arial" w:cs="Arial"/>
          <w:lang w:val="nl-NL"/>
        </w:rPr>
      </w:pPr>
    </w:p>
    <w:p w14:paraId="09EB214A" w14:textId="77777777" w:rsidR="00F37966" w:rsidRPr="00B75FF8" w:rsidRDefault="00F37966">
      <w:pPr>
        <w:rPr>
          <w:rFonts w:ascii="Arial" w:eastAsiaTheme="majorEastAsia" w:hAnsi="Arial" w:cs="Arial"/>
          <w:b/>
          <w:bCs/>
          <w:color w:val="66C1C4"/>
          <w:sz w:val="28"/>
          <w:szCs w:val="28"/>
          <w:lang w:val="nl-NL"/>
        </w:rPr>
      </w:pPr>
      <w:r w:rsidRPr="00B75FF8">
        <w:rPr>
          <w:rFonts w:ascii="Arial" w:hAnsi="Arial" w:cs="Arial"/>
          <w:color w:val="66C1C4"/>
          <w:lang w:val="nl-NL"/>
        </w:rPr>
        <w:br w:type="page"/>
      </w:r>
    </w:p>
    <w:p w14:paraId="79982DC7" w14:textId="0D121638" w:rsidR="00C96904" w:rsidRPr="00B75FF8" w:rsidRDefault="00340032" w:rsidP="00CE3B13">
      <w:pPr>
        <w:pStyle w:val="Kop1"/>
        <w:rPr>
          <w:lang w:val="nl-NL"/>
        </w:rPr>
      </w:pPr>
      <w:r w:rsidRPr="00B75FF8">
        <w:rPr>
          <w:lang w:val="nl-NL"/>
        </w:rPr>
        <w:lastRenderedPageBreak/>
        <w:t>1. Algemene gegevens</w:t>
      </w:r>
    </w:p>
    <w:p w14:paraId="0FE3B151" w14:textId="77777777" w:rsidR="00E93B41" w:rsidRPr="00B75FF8" w:rsidRDefault="00E93B41">
      <w:pPr>
        <w:rPr>
          <w:rFonts w:ascii="Arial" w:hAnsi="Arial" w:cs="Arial"/>
          <w:lang w:val="nl-NL"/>
        </w:rPr>
      </w:pPr>
    </w:p>
    <w:p w14:paraId="5E21208E" w14:textId="0F953E7B" w:rsidR="00C96904" w:rsidRPr="00B75FF8" w:rsidRDefault="00340032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>Bedrijfsnaam: __________________________________________</w:t>
      </w:r>
      <w:r w:rsidR="00EF586D" w:rsidRPr="00B75FF8">
        <w:rPr>
          <w:rFonts w:ascii="Arial" w:hAnsi="Arial" w:cs="Arial"/>
          <w:lang w:val="nl-NL"/>
        </w:rPr>
        <w:t>___</w:t>
      </w:r>
    </w:p>
    <w:p w14:paraId="37EACBC4" w14:textId="345983A1" w:rsidR="00C96904" w:rsidRPr="00B75FF8" w:rsidRDefault="00340032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>KvK-nummer: __________________________________________</w:t>
      </w:r>
      <w:r w:rsidR="00EF586D" w:rsidRPr="00B75FF8">
        <w:rPr>
          <w:rFonts w:ascii="Arial" w:hAnsi="Arial" w:cs="Arial"/>
          <w:lang w:val="nl-NL"/>
        </w:rPr>
        <w:t>___</w:t>
      </w:r>
    </w:p>
    <w:p w14:paraId="4597F26C" w14:textId="2E9CF95D" w:rsidR="00C96904" w:rsidRPr="00B75FF8" w:rsidRDefault="00340032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>Contactpersoon: __________________________________________</w:t>
      </w:r>
      <w:r w:rsidR="00EF586D" w:rsidRPr="00B75FF8">
        <w:rPr>
          <w:rFonts w:ascii="Arial" w:hAnsi="Arial" w:cs="Arial"/>
          <w:lang w:val="nl-NL"/>
        </w:rPr>
        <w:t>_</w:t>
      </w:r>
    </w:p>
    <w:p w14:paraId="713BF95D" w14:textId="25224425" w:rsidR="00C96904" w:rsidRPr="00B75FF8" w:rsidRDefault="00340032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>E-mailadres: __________________________________________</w:t>
      </w:r>
      <w:r w:rsidR="00EF586D" w:rsidRPr="00B75FF8">
        <w:rPr>
          <w:rFonts w:ascii="Arial" w:hAnsi="Arial" w:cs="Arial"/>
          <w:lang w:val="nl-NL"/>
        </w:rPr>
        <w:t>____</w:t>
      </w:r>
    </w:p>
    <w:p w14:paraId="24DA66B6" w14:textId="77777777" w:rsidR="00C96904" w:rsidRPr="00B75FF8" w:rsidRDefault="00340032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>Telefoonnummer: __________________________________________</w:t>
      </w:r>
    </w:p>
    <w:p w14:paraId="69A32CC1" w14:textId="4370FD1A" w:rsidR="00C96904" w:rsidRPr="00B75FF8" w:rsidRDefault="00340032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>Adres: __________________________________________</w:t>
      </w:r>
      <w:r w:rsidR="00EF586D" w:rsidRPr="00B75FF8">
        <w:rPr>
          <w:rFonts w:ascii="Arial" w:hAnsi="Arial" w:cs="Arial"/>
          <w:lang w:val="nl-NL"/>
        </w:rPr>
        <w:t>_________</w:t>
      </w:r>
    </w:p>
    <w:p w14:paraId="2DC0E90B" w14:textId="316E5725" w:rsidR="00E93B41" w:rsidRPr="00B75FF8" w:rsidRDefault="00E93B41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>Postcode en Woonplaats_____________________________________</w:t>
      </w:r>
    </w:p>
    <w:p w14:paraId="5814EE5D" w14:textId="77777777" w:rsidR="0060144C" w:rsidRPr="00B75FF8" w:rsidRDefault="0060144C">
      <w:pPr>
        <w:rPr>
          <w:rFonts w:ascii="Arial" w:hAnsi="Arial" w:cs="Arial"/>
          <w:lang w:val="nl-NL"/>
        </w:rPr>
      </w:pPr>
    </w:p>
    <w:p w14:paraId="1BD4EF0F" w14:textId="5ADC1BEE" w:rsidR="0060144C" w:rsidRPr="00B75FF8" w:rsidRDefault="0060144C">
      <w:pPr>
        <w:rPr>
          <w:rFonts w:ascii="Arial" w:hAnsi="Arial" w:cs="Arial"/>
          <w:b/>
          <w:bCs/>
          <w:color w:val="66C1C4"/>
          <w:sz w:val="24"/>
          <w:szCs w:val="24"/>
          <w:lang w:val="nl-NL"/>
        </w:rPr>
      </w:pPr>
      <w:r w:rsidRPr="00B75FF8">
        <w:rPr>
          <w:rFonts w:ascii="Arial" w:hAnsi="Arial" w:cs="Arial"/>
          <w:b/>
          <w:bCs/>
          <w:color w:val="66C1C4"/>
          <w:sz w:val="24"/>
          <w:szCs w:val="24"/>
          <w:lang w:val="nl-NL"/>
        </w:rPr>
        <w:t>Aanvullende gegevens bedrijf</w:t>
      </w:r>
    </w:p>
    <w:p w14:paraId="6F5AADC1" w14:textId="781A6724" w:rsidR="0060144C" w:rsidRPr="00B75FF8" w:rsidRDefault="0060144C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>Milieucategorie</w:t>
      </w:r>
      <w:r w:rsidR="005D0FC8" w:rsidRPr="00B75FF8">
        <w:rPr>
          <w:rFonts w:ascii="Arial" w:hAnsi="Arial" w:cs="Arial"/>
          <w:lang w:val="nl-NL"/>
        </w:rPr>
        <w:t>: ______________________________</w:t>
      </w:r>
      <w:r w:rsidR="007C5FA8" w:rsidRPr="00B75FF8">
        <w:rPr>
          <w:rFonts w:ascii="Arial" w:hAnsi="Arial" w:cs="Arial"/>
          <w:lang w:val="nl-NL"/>
        </w:rPr>
        <w:t>______________</w:t>
      </w:r>
    </w:p>
    <w:p w14:paraId="2DF0618A" w14:textId="5E92BC49" w:rsidR="0060144C" w:rsidRPr="00B75FF8" w:rsidRDefault="0060144C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>SBI Code</w:t>
      </w:r>
      <w:r w:rsidR="005D0FC8" w:rsidRPr="00B75FF8">
        <w:rPr>
          <w:rFonts w:ascii="Arial" w:hAnsi="Arial" w:cs="Arial"/>
          <w:lang w:val="nl-NL"/>
        </w:rPr>
        <w:t>: __________________________________</w:t>
      </w:r>
      <w:r w:rsidR="007C5FA8" w:rsidRPr="00B75FF8">
        <w:rPr>
          <w:rFonts w:ascii="Arial" w:hAnsi="Arial" w:cs="Arial"/>
          <w:lang w:val="nl-NL"/>
        </w:rPr>
        <w:t>______________</w:t>
      </w:r>
    </w:p>
    <w:p w14:paraId="43808D38" w14:textId="3B2FB2FB" w:rsidR="0060144C" w:rsidRPr="00B75FF8" w:rsidRDefault="0060144C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>Bedrijfsactiviteit</w:t>
      </w:r>
      <w:r w:rsidR="005D0FC8" w:rsidRPr="00B75FF8">
        <w:rPr>
          <w:rFonts w:ascii="Arial" w:hAnsi="Arial" w:cs="Arial"/>
          <w:lang w:val="nl-NL"/>
        </w:rPr>
        <w:t>: _____________________________</w:t>
      </w:r>
      <w:r w:rsidR="007C5FA8" w:rsidRPr="00B75FF8">
        <w:rPr>
          <w:rFonts w:ascii="Arial" w:hAnsi="Arial" w:cs="Arial"/>
          <w:lang w:val="nl-NL"/>
        </w:rPr>
        <w:t>______________</w:t>
      </w:r>
    </w:p>
    <w:p w14:paraId="5B636829" w14:textId="77777777" w:rsidR="007C5FA8" w:rsidRPr="00B75FF8" w:rsidRDefault="007C5FA8" w:rsidP="0060144C">
      <w:pPr>
        <w:rPr>
          <w:rFonts w:ascii="Arial" w:hAnsi="Arial" w:cs="Arial"/>
          <w:lang w:val="nl-NL"/>
        </w:rPr>
      </w:pPr>
    </w:p>
    <w:p w14:paraId="45989E60" w14:textId="6F45949E" w:rsidR="0060144C" w:rsidRPr="00B75FF8" w:rsidRDefault="0060144C" w:rsidP="0060144C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 xml:space="preserve">Aan de hand van deze gegevens doet de gemeente een globale check of uw bedrijf qua bestemming past op de door u aangegeven kavel. De door u ingevulde gegevens worden daarvoor naast de bestemmingsomschrijving in het bestemmingsplan of omgevingsplan en </w:t>
      </w:r>
      <w:r w:rsidR="00A35BB8" w:rsidRPr="00B75FF8">
        <w:rPr>
          <w:rFonts w:ascii="Arial" w:hAnsi="Arial" w:cs="Arial"/>
          <w:lang w:val="nl-NL"/>
        </w:rPr>
        <w:t xml:space="preserve">het kavelpaspoort </w:t>
      </w:r>
      <w:r w:rsidRPr="00B75FF8">
        <w:rPr>
          <w:rFonts w:ascii="Arial" w:hAnsi="Arial" w:cs="Arial"/>
          <w:lang w:val="nl-NL"/>
        </w:rPr>
        <w:t xml:space="preserve">gelegd. </w:t>
      </w:r>
    </w:p>
    <w:p w14:paraId="60A66E30" w14:textId="7E17F9D6" w:rsidR="0060144C" w:rsidRPr="00B75FF8" w:rsidRDefault="0060144C" w:rsidP="0060144C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 xml:space="preserve">De gemeente vindt het wenselijk dat u zelf eerst onderzoek doet naar de vestigingsmogelijkheden van uw bedrijf op de door u aangegeven kavel. Informatie over de </w:t>
      </w:r>
      <w:r w:rsidR="00A35BB8" w:rsidRPr="00B75FF8">
        <w:rPr>
          <w:rFonts w:ascii="Arial" w:hAnsi="Arial" w:cs="Arial"/>
          <w:lang w:val="nl-NL"/>
        </w:rPr>
        <w:t>vestigings</w:t>
      </w:r>
      <w:r w:rsidRPr="00B75FF8">
        <w:rPr>
          <w:rFonts w:ascii="Arial" w:hAnsi="Arial" w:cs="Arial"/>
          <w:lang w:val="nl-NL"/>
        </w:rPr>
        <w:t xml:space="preserve">mogelijkheden </w:t>
      </w:r>
      <w:r w:rsidR="00A35BB8" w:rsidRPr="00B75FF8">
        <w:rPr>
          <w:rFonts w:ascii="Arial" w:hAnsi="Arial" w:cs="Arial"/>
          <w:lang w:val="nl-NL"/>
        </w:rPr>
        <w:t xml:space="preserve">zijn te vinden </w:t>
      </w:r>
      <w:r w:rsidR="00D55A9A" w:rsidRPr="00B75FF8">
        <w:rPr>
          <w:rFonts w:ascii="Arial" w:hAnsi="Arial" w:cs="Arial"/>
          <w:lang w:val="nl-NL"/>
        </w:rPr>
        <w:t>in</w:t>
      </w:r>
      <w:r w:rsidR="00A35BB8" w:rsidRPr="00B75FF8">
        <w:rPr>
          <w:rFonts w:ascii="Arial" w:hAnsi="Arial" w:cs="Arial"/>
          <w:lang w:val="nl-NL"/>
        </w:rPr>
        <w:t xml:space="preserve"> het kavelpaspoort.</w:t>
      </w:r>
    </w:p>
    <w:p w14:paraId="71543BE3" w14:textId="776FC0B3" w:rsidR="00017D52" w:rsidRPr="00B75FF8" w:rsidRDefault="0060144C" w:rsidP="0060144C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 xml:space="preserve">Als het opgegeven bedrijf naar het oordeel van de gemeente niet voldoet aan de </w:t>
      </w:r>
      <w:r w:rsidR="00A35BB8" w:rsidRPr="00B75FF8">
        <w:rPr>
          <w:rFonts w:ascii="Arial" w:hAnsi="Arial" w:cs="Arial"/>
          <w:lang w:val="nl-NL"/>
        </w:rPr>
        <w:t>v</w:t>
      </w:r>
      <w:r w:rsidRPr="00B75FF8">
        <w:rPr>
          <w:rFonts w:ascii="Arial" w:hAnsi="Arial" w:cs="Arial"/>
          <w:lang w:val="nl-NL"/>
        </w:rPr>
        <w:t>estigingscriteria, of als daarover getwijfeld wordt, krijgt u daarvan bericht van de gemeente en wordt u in de gelegenheid gesteld om daarop te reageren. Daarna krijgt u bericht of u definitief wel of niet in aanmerking kunt komen voor deelname aan de selectie</w:t>
      </w:r>
      <w:r w:rsidR="00A35BB8" w:rsidRPr="00B75FF8">
        <w:rPr>
          <w:rFonts w:ascii="Arial" w:hAnsi="Arial" w:cs="Arial"/>
          <w:lang w:val="nl-NL"/>
        </w:rPr>
        <w:t>.</w:t>
      </w:r>
      <w:r w:rsidRPr="00B75FF8">
        <w:rPr>
          <w:rFonts w:ascii="Arial" w:hAnsi="Arial" w:cs="Arial"/>
          <w:lang w:val="nl-NL"/>
        </w:rPr>
        <w:t xml:space="preserve">  </w:t>
      </w:r>
      <w:r w:rsidR="00017D52" w:rsidRPr="00B75FF8">
        <w:rPr>
          <w:rFonts w:ascii="Arial" w:hAnsi="Arial" w:cs="Arial"/>
          <w:lang w:val="nl-NL"/>
        </w:rPr>
        <w:br w:type="page"/>
      </w:r>
    </w:p>
    <w:p w14:paraId="32FE6D68" w14:textId="33C9E1E7" w:rsidR="00E93B41" w:rsidRPr="00B75FF8" w:rsidRDefault="005D0FC8" w:rsidP="005D0FC8">
      <w:pPr>
        <w:pStyle w:val="Kop1"/>
        <w:rPr>
          <w:lang w:val="nl-NL"/>
        </w:rPr>
      </w:pPr>
      <w:r w:rsidRPr="00B75FF8">
        <w:rPr>
          <w:lang w:val="nl-NL"/>
        </w:rPr>
        <w:lastRenderedPageBreak/>
        <w:t xml:space="preserve">2. </w:t>
      </w:r>
      <w:r w:rsidR="00E93B41" w:rsidRPr="00B75FF8">
        <w:rPr>
          <w:lang w:val="nl-NL"/>
        </w:rPr>
        <w:t>K</w:t>
      </w:r>
      <w:r w:rsidRPr="00B75FF8">
        <w:rPr>
          <w:lang w:val="nl-NL"/>
        </w:rPr>
        <w:t>avelvoorkeur</w:t>
      </w:r>
      <w:r w:rsidRPr="00B75FF8">
        <w:rPr>
          <w:lang w:val="nl-NL"/>
        </w:rPr>
        <w:br/>
      </w:r>
      <w:r w:rsidR="00E93B41" w:rsidRPr="00B75FF8">
        <w:rPr>
          <w:lang w:val="nl-NL"/>
        </w:rPr>
        <w:t xml:space="preserve">  </w:t>
      </w:r>
    </w:p>
    <w:p w14:paraId="569BD843" w14:textId="13C5F613" w:rsidR="002665F2" w:rsidRPr="00B75FF8" w:rsidRDefault="00E93B41" w:rsidP="00E93B41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 xml:space="preserve">Er worden meerdere kavels tegelijk aangeboden. U mag voor meerdere kavels inschrijven. </w:t>
      </w:r>
      <w:r w:rsidR="007C5FA8" w:rsidRPr="00B75FF8">
        <w:rPr>
          <w:rFonts w:ascii="Arial" w:hAnsi="Arial" w:cs="Arial"/>
          <w:lang w:val="nl-NL"/>
        </w:rPr>
        <w:t>U</w:t>
      </w:r>
      <w:r w:rsidRPr="00B75FF8">
        <w:rPr>
          <w:rFonts w:ascii="Arial" w:hAnsi="Arial" w:cs="Arial"/>
          <w:lang w:val="nl-NL"/>
        </w:rPr>
        <w:t xml:space="preserve"> kunt</w:t>
      </w:r>
      <w:r w:rsidR="007C5FA8" w:rsidRPr="00B75FF8">
        <w:rPr>
          <w:rFonts w:ascii="Arial" w:hAnsi="Arial" w:cs="Arial"/>
          <w:lang w:val="nl-NL"/>
        </w:rPr>
        <w:t xml:space="preserve"> echter</w:t>
      </w:r>
      <w:r w:rsidRPr="00B75FF8">
        <w:rPr>
          <w:rFonts w:ascii="Arial" w:hAnsi="Arial" w:cs="Arial"/>
          <w:lang w:val="nl-NL"/>
        </w:rPr>
        <w:t xml:space="preserve"> slechts voor één kavel in aanmerking komen. </w:t>
      </w:r>
      <w:r w:rsidR="00D55A9A" w:rsidRPr="00B75FF8">
        <w:rPr>
          <w:rFonts w:ascii="Arial" w:hAnsi="Arial" w:cs="Arial"/>
          <w:lang w:val="nl-NL"/>
        </w:rPr>
        <w:t xml:space="preserve">De actuele </w:t>
      </w:r>
      <w:r w:rsidR="00C36270" w:rsidRPr="00B75FF8">
        <w:rPr>
          <w:rFonts w:ascii="Arial" w:hAnsi="Arial" w:cs="Arial"/>
          <w:lang w:val="nl-NL"/>
        </w:rPr>
        <w:t>beschikbaarheid</w:t>
      </w:r>
      <w:r w:rsidR="00D55A9A" w:rsidRPr="00B75FF8">
        <w:rPr>
          <w:rFonts w:ascii="Arial" w:hAnsi="Arial" w:cs="Arial"/>
          <w:lang w:val="nl-NL"/>
        </w:rPr>
        <w:t xml:space="preserve"> van de kavels vindt u op: </w:t>
      </w:r>
      <w:hyperlink r:id="rId9" w:history="1">
        <w:r w:rsidR="00D55A9A" w:rsidRPr="00B75FF8">
          <w:rPr>
            <w:rStyle w:val="Hyperlink"/>
            <w:rFonts w:ascii="Arial" w:hAnsi="Arial" w:cs="Arial"/>
            <w:color w:val="66C2C4"/>
            <w:lang w:val="nl-NL"/>
          </w:rPr>
          <w:t>https://www.usselermors.nl/kavels/</w:t>
        </w:r>
      </w:hyperlink>
      <w:r w:rsidR="00D55A9A" w:rsidRPr="00B75FF8">
        <w:rPr>
          <w:rFonts w:ascii="Arial" w:hAnsi="Arial" w:cs="Arial"/>
          <w:lang w:val="nl-NL"/>
        </w:rPr>
        <w:t xml:space="preserve">. Houd er rekening mee dat als een kavel “onder optie” staat, deze niet </w:t>
      </w:r>
      <w:r w:rsidR="00C36270" w:rsidRPr="00B75FF8">
        <w:rPr>
          <w:rFonts w:ascii="Arial" w:hAnsi="Arial" w:cs="Arial"/>
          <w:lang w:val="nl-NL"/>
        </w:rPr>
        <w:t>meegenomen als voorkeurskavel.</w:t>
      </w:r>
    </w:p>
    <w:p w14:paraId="65B7F7FC" w14:textId="4D3FC649" w:rsidR="00E93B41" w:rsidRPr="00B75FF8" w:rsidRDefault="00D206BC" w:rsidP="00E93B41">
      <w:pPr>
        <w:rPr>
          <w:rFonts w:ascii="Arial" w:hAnsi="Arial" w:cs="Arial"/>
          <w:i/>
          <w:iCs/>
          <w:lang w:val="nl-NL"/>
        </w:rPr>
      </w:pPr>
      <w:r w:rsidRPr="00B75FF8">
        <w:rPr>
          <w:rFonts w:ascii="Arial" w:hAnsi="Arial" w:cs="Arial"/>
          <w:i/>
          <w:iCs/>
          <w:lang w:val="nl-NL"/>
        </w:rPr>
        <w:t xml:space="preserve">Let op: </w:t>
      </w:r>
      <w:r w:rsidR="007C5FA8" w:rsidRPr="00B75FF8">
        <w:rPr>
          <w:rFonts w:ascii="Arial" w:hAnsi="Arial" w:cs="Arial"/>
          <w:i/>
          <w:iCs/>
          <w:lang w:val="nl-NL"/>
        </w:rPr>
        <w:t>k</w:t>
      </w:r>
      <w:r w:rsidR="00E93B41" w:rsidRPr="00B75FF8">
        <w:rPr>
          <w:rFonts w:ascii="Arial" w:hAnsi="Arial" w:cs="Arial"/>
          <w:i/>
          <w:iCs/>
          <w:lang w:val="nl-NL"/>
        </w:rPr>
        <w:t xml:space="preserve">avels mogen niet worden </w:t>
      </w:r>
      <w:r w:rsidR="00017D52" w:rsidRPr="00B75FF8">
        <w:rPr>
          <w:rFonts w:ascii="Arial" w:hAnsi="Arial" w:cs="Arial"/>
          <w:i/>
          <w:iCs/>
          <w:lang w:val="nl-NL"/>
        </w:rPr>
        <w:t>gesplitst.</w:t>
      </w:r>
      <w:r w:rsidR="00E93B41" w:rsidRPr="00B75FF8">
        <w:rPr>
          <w:rFonts w:ascii="Arial" w:hAnsi="Arial" w:cs="Arial"/>
          <w:i/>
          <w:iCs/>
          <w:lang w:val="nl-NL"/>
        </w:rPr>
        <w:t xml:space="preserve"> </w:t>
      </w:r>
    </w:p>
    <w:p w14:paraId="5DB16A24" w14:textId="4A6258B2" w:rsidR="00E93B41" w:rsidRPr="00B75FF8" w:rsidRDefault="00E93B41" w:rsidP="00E93B41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 xml:space="preserve">Deze inschrijving is voor kavel(s): </w:t>
      </w:r>
    </w:p>
    <w:tbl>
      <w:tblPr>
        <w:tblStyle w:val="Tabelraster"/>
        <w:tblW w:w="8642" w:type="dxa"/>
        <w:tblBorders>
          <w:top w:val="single" w:sz="4" w:space="0" w:color="66C1C4"/>
          <w:left w:val="single" w:sz="4" w:space="0" w:color="66C1C4"/>
          <w:bottom w:val="single" w:sz="4" w:space="0" w:color="66C1C4"/>
          <w:right w:val="single" w:sz="4" w:space="0" w:color="66C1C4"/>
          <w:insideH w:val="single" w:sz="4" w:space="0" w:color="66C1C4"/>
          <w:insideV w:val="single" w:sz="4" w:space="0" w:color="66C1C4"/>
        </w:tblBorders>
        <w:tblLook w:val="04A0" w:firstRow="1" w:lastRow="0" w:firstColumn="1" w:lastColumn="0" w:noHBand="0" w:noVBand="1"/>
      </w:tblPr>
      <w:tblGrid>
        <w:gridCol w:w="1271"/>
        <w:gridCol w:w="7371"/>
      </w:tblGrid>
      <w:tr w:rsidR="007C5FA8" w:rsidRPr="00B75FF8" w14:paraId="5710F930" w14:textId="77777777" w:rsidTr="00E330BE"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6C1C4"/>
          </w:tcPr>
          <w:p w14:paraId="12F228DE" w14:textId="5F657DF2" w:rsidR="007C5FA8" w:rsidRPr="00B75FF8" w:rsidRDefault="007C5FA8" w:rsidP="0088672B">
            <w:pPr>
              <w:rPr>
                <w:rFonts w:ascii="Arial" w:hAnsi="Arial" w:cs="Arial"/>
                <w:b/>
                <w:bCs/>
                <w:color w:val="FFFFFF" w:themeColor="background1"/>
                <w:lang w:val="nl-NL"/>
              </w:rPr>
            </w:pPr>
            <w:r w:rsidRPr="00B75FF8">
              <w:rPr>
                <w:rFonts w:ascii="Arial" w:hAnsi="Arial" w:cs="Arial"/>
                <w:b/>
                <w:bCs/>
                <w:color w:val="FFFFFF" w:themeColor="background1"/>
                <w:lang w:val="nl-NL"/>
              </w:rPr>
              <w:t>Voorkeur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6C1C4"/>
          </w:tcPr>
          <w:p w14:paraId="6F16836B" w14:textId="5337B6FE" w:rsidR="007C5FA8" w:rsidRPr="00B75FF8" w:rsidRDefault="007C5FA8" w:rsidP="0088672B">
            <w:pPr>
              <w:rPr>
                <w:rFonts w:ascii="Arial" w:hAnsi="Arial" w:cs="Arial"/>
                <w:b/>
                <w:bCs/>
                <w:color w:val="FFFFFF" w:themeColor="background1"/>
                <w:lang w:val="nl-NL"/>
              </w:rPr>
            </w:pPr>
            <w:r w:rsidRPr="00B75FF8">
              <w:rPr>
                <w:rFonts w:ascii="Arial" w:hAnsi="Arial" w:cs="Arial"/>
                <w:b/>
                <w:bCs/>
                <w:color w:val="FFFFFF" w:themeColor="background1"/>
                <w:lang w:val="nl-NL"/>
              </w:rPr>
              <w:t>Kavelnummer</w:t>
            </w:r>
          </w:p>
        </w:tc>
      </w:tr>
      <w:tr w:rsidR="007C5FA8" w:rsidRPr="00B75FF8" w14:paraId="0550922C" w14:textId="77777777" w:rsidTr="00E330BE">
        <w:tc>
          <w:tcPr>
            <w:tcW w:w="1271" w:type="dxa"/>
            <w:tcBorders>
              <w:top w:val="single" w:sz="4" w:space="0" w:color="FFFFFF" w:themeColor="background1"/>
            </w:tcBorders>
          </w:tcPr>
          <w:p w14:paraId="41348526" w14:textId="5FABB03D" w:rsidR="007C5FA8" w:rsidRPr="00B75FF8" w:rsidRDefault="007C5FA8" w:rsidP="0088672B">
            <w:pPr>
              <w:rPr>
                <w:rFonts w:ascii="Arial" w:hAnsi="Arial" w:cs="Arial"/>
                <w:b/>
                <w:bCs/>
                <w:color w:val="66C1C4"/>
                <w:lang w:val="nl-NL"/>
              </w:rPr>
            </w:pPr>
            <w:r w:rsidRPr="00B75FF8">
              <w:rPr>
                <w:rFonts w:ascii="Arial" w:hAnsi="Arial" w:cs="Arial"/>
                <w:b/>
                <w:bCs/>
                <w:color w:val="66C1C4"/>
                <w:lang w:val="nl-NL"/>
              </w:rPr>
              <w:t>1</w:t>
            </w:r>
          </w:p>
        </w:tc>
        <w:tc>
          <w:tcPr>
            <w:tcW w:w="7371" w:type="dxa"/>
            <w:tcBorders>
              <w:top w:val="single" w:sz="4" w:space="0" w:color="FFFFFF" w:themeColor="background1"/>
            </w:tcBorders>
          </w:tcPr>
          <w:p w14:paraId="16E4CD10" w14:textId="77777777" w:rsidR="007C5FA8" w:rsidRPr="00B75FF8" w:rsidRDefault="007C5FA8" w:rsidP="0088672B">
            <w:pPr>
              <w:rPr>
                <w:rFonts w:ascii="Arial" w:hAnsi="Arial" w:cs="Arial"/>
                <w:lang w:val="nl-NL"/>
              </w:rPr>
            </w:pPr>
          </w:p>
        </w:tc>
      </w:tr>
      <w:tr w:rsidR="007C5FA8" w:rsidRPr="00B75FF8" w14:paraId="78526419" w14:textId="77777777" w:rsidTr="00E330BE">
        <w:tc>
          <w:tcPr>
            <w:tcW w:w="1271" w:type="dxa"/>
          </w:tcPr>
          <w:p w14:paraId="7F0448A5" w14:textId="6519608F" w:rsidR="007C5FA8" w:rsidRPr="00B75FF8" w:rsidRDefault="007C5FA8" w:rsidP="0088672B">
            <w:pPr>
              <w:rPr>
                <w:rFonts w:ascii="Arial" w:hAnsi="Arial" w:cs="Arial"/>
                <w:b/>
                <w:bCs/>
                <w:color w:val="66C1C4"/>
                <w:lang w:val="nl-NL"/>
              </w:rPr>
            </w:pPr>
            <w:r w:rsidRPr="00B75FF8">
              <w:rPr>
                <w:rFonts w:ascii="Arial" w:hAnsi="Arial" w:cs="Arial"/>
                <w:b/>
                <w:bCs/>
                <w:color w:val="66C1C4"/>
                <w:lang w:val="nl-NL"/>
              </w:rPr>
              <w:t>2</w:t>
            </w:r>
          </w:p>
        </w:tc>
        <w:tc>
          <w:tcPr>
            <w:tcW w:w="7371" w:type="dxa"/>
          </w:tcPr>
          <w:p w14:paraId="6263D7A7" w14:textId="77777777" w:rsidR="007C5FA8" w:rsidRPr="00B75FF8" w:rsidRDefault="007C5FA8" w:rsidP="0088672B">
            <w:pPr>
              <w:rPr>
                <w:rFonts w:ascii="Arial" w:hAnsi="Arial" w:cs="Arial"/>
                <w:lang w:val="nl-NL"/>
              </w:rPr>
            </w:pPr>
          </w:p>
        </w:tc>
      </w:tr>
      <w:tr w:rsidR="007C5FA8" w:rsidRPr="00B75FF8" w14:paraId="4FDEC508" w14:textId="77777777" w:rsidTr="00E330BE">
        <w:tc>
          <w:tcPr>
            <w:tcW w:w="1271" w:type="dxa"/>
          </w:tcPr>
          <w:p w14:paraId="0BD71BD4" w14:textId="4A6B1CC1" w:rsidR="007C5FA8" w:rsidRPr="00B75FF8" w:rsidRDefault="007C5FA8" w:rsidP="0088672B">
            <w:pPr>
              <w:rPr>
                <w:rFonts w:ascii="Arial" w:hAnsi="Arial" w:cs="Arial"/>
                <w:b/>
                <w:bCs/>
                <w:color w:val="66C1C4"/>
                <w:lang w:val="nl-NL"/>
              </w:rPr>
            </w:pPr>
            <w:r w:rsidRPr="00B75FF8">
              <w:rPr>
                <w:rFonts w:ascii="Arial" w:hAnsi="Arial" w:cs="Arial"/>
                <w:b/>
                <w:bCs/>
                <w:color w:val="66C1C4"/>
                <w:lang w:val="nl-NL"/>
              </w:rPr>
              <w:t>3</w:t>
            </w:r>
          </w:p>
        </w:tc>
        <w:tc>
          <w:tcPr>
            <w:tcW w:w="7371" w:type="dxa"/>
          </w:tcPr>
          <w:p w14:paraId="56535A86" w14:textId="77777777" w:rsidR="007C5FA8" w:rsidRPr="00B75FF8" w:rsidRDefault="007C5FA8" w:rsidP="0088672B">
            <w:pPr>
              <w:rPr>
                <w:rFonts w:ascii="Arial" w:hAnsi="Arial" w:cs="Arial"/>
                <w:lang w:val="nl-NL"/>
              </w:rPr>
            </w:pPr>
          </w:p>
        </w:tc>
      </w:tr>
      <w:tr w:rsidR="007C5FA8" w:rsidRPr="00B75FF8" w14:paraId="6F180AC8" w14:textId="77777777" w:rsidTr="00E330BE">
        <w:tc>
          <w:tcPr>
            <w:tcW w:w="1271" w:type="dxa"/>
          </w:tcPr>
          <w:p w14:paraId="3039A491" w14:textId="0FFCAADD" w:rsidR="007C5FA8" w:rsidRPr="00B75FF8" w:rsidRDefault="007C5FA8" w:rsidP="0088672B">
            <w:pPr>
              <w:rPr>
                <w:rFonts w:ascii="Arial" w:hAnsi="Arial" w:cs="Arial"/>
                <w:b/>
                <w:bCs/>
                <w:color w:val="66C1C4"/>
                <w:lang w:val="nl-NL"/>
              </w:rPr>
            </w:pPr>
            <w:r w:rsidRPr="00B75FF8">
              <w:rPr>
                <w:rFonts w:ascii="Arial" w:hAnsi="Arial" w:cs="Arial"/>
                <w:b/>
                <w:bCs/>
                <w:color w:val="66C1C4"/>
                <w:lang w:val="nl-NL"/>
              </w:rPr>
              <w:t>4</w:t>
            </w:r>
          </w:p>
        </w:tc>
        <w:tc>
          <w:tcPr>
            <w:tcW w:w="7371" w:type="dxa"/>
          </w:tcPr>
          <w:p w14:paraId="2E6B0E4B" w14:textId="77777777" w:rsidR="007C5FA8" w:rsidRPr="00B75FF8" w:rsidRDefault="007C5FA8" w:rsidP="0088672B">
            <w:pPr>
              <w:rPr>
                <w:rFonts w:ascii="Arial" w:hAnsi="Arial" w:cs="Arial"/>
                <w:lang w:val="nl-NL"/>
              </w:rPr>
            </w:pPr>
          </w:p>
        </w:tc>
      </w:tr>
      <w:tr w:rsidR="007C5FA8" w:rsidRPr="00B75FF8" w14:paraId="3B6A8714" w14:textId="77777777" w:rsidTr="00E330BE">
        <w:tc>
          <w:tcPr>
            <w:tcW w:w="1271" w:type="dxa"/>
          </w:tcPr>
          <w:p w14:paraId="08627F37" w14:textId="33F7DA2D" w:rsidR="007C5FA8" w:rsidRPr="00B75FF8" w:rsidRDefault="007C5FA8" w:rsidP="0088672B">
            <w:pPr>
              <w:rPr>
                <w:rFonts w:ascii="Arial" w:hAnsi="Arial" w:cs="Arial"/>
                <w:b/>
                <w:bCs/>
                <w:color w:val="66C1C4"/>
                <w:lang w:val="nl-NL"/>
              </w:rPr>
            </w:pPr>
            <w:r w:rsidRPr="00B75FF8">
              <w:rPr>
                <w:rFonts w:ascii="Arial" w:hAnsi="Arial" w:cs="Arial"/>
                <w:b/>
                <w:bCs/>
                <w:color w:val="66C1C4"/>
                <w:lang w:val="nl-NL"/>
              </w:rPr>
              <w:t>5</w:t>
            </w:r>
          </w:p>
        </w:tc>
        <w:tc>
          <w:tcPr>
            <w:tcW w:w="7371" w:type="dxa"/>
          </w:tcPr>
          <w:p w14:paraId="45B70B51" w14:textId="77777777" w:rsidR="007C5FA8" w:rsidRPr="00B75FF8" w:rsidRDefault="007C5FA8" w:rsidP="0088672B">
            <w:pPr>
              <w:rPr>
                <w:rFonts w:ascii="Arial" w:hAnsi="Arial" w:cs="Arial"/>
                <w:lang w:val="nl-NL"/>
              </w:rPr>
            </w:pPr>
          </w:p>
        </w:tc>
      </w:tr>
      <w:tr w:rsidR="007C5FA8" w:rsidRPr="00B75FF8" w14:paraId="1708491A" w14:textId="77777777" w:rsidTr="00E330BE">
        <w:tc>
          <w:tcPr>
            <w:tcW w:w="1271" w:type="dxa"/>
          </w:tcPr>
          <w:p w14:paraId="166C64E0" w14:textId="3ADEEC61" w:rsidR="007C5FA8" w:rsidRPr="00B75FF8" w:rsidRDefault="007C5FA8" w:rsidP="0088672B">
            <w:pPr>
              <w:rPr>
                <w:rFonts w:ascii="Arial" w:hAnsi="Arial" w:cs="Arial"/>
                <w:b/>
                <w:bCs/>
                <w:color w:val="66C1C4"/>
                <w:lang w:val="nl-NL"/>
              </w:rPr>
            </w:pPr>
            <w:r w:rsidRPr="00B75FF8">
              <w:rPr>
                <w:rFonts w:ascii="Arial" w:hAnsi="Arial" w:cs="Arial"/>
                <w:b/>
                <w:bCs/>
                <w:color w:val="66C1C4"/>
                <w:lang w:val="nl-NL"/>
              </w:rPr>
              <w:t>6</w:t>
            </w:r>
          </w:p>
        </w:tc>
        <w:tc>
          <w:tcPr>
            <w:tcW w:w="7371" w:type="dxa"/>
          </w:tcPr>
          <w:p w14:paraId="57669FAB" w14:textId="77777777" w:rsidR="007C5FA8" w:rsidRPr="00B75FF8" w:rsidRDefault="007C5FA8" w:rsidP="0088672B">
            <w:pPr>
              <w:rPr>
                <w:rFonts w:ascii="Arial" w:hAnsi="Arial" w:cs="Arial"/>
                <w:lang w:val="nl-NL"/>
              </w:rPr>
            </w:pPr>
          </w:p>
        </w:tc>
      </w:tr>
      <w:tr w:rsidR="007C5FA8" w:rsidRPr="00B75FF8" w14:paraId="72AB6396" w14:textId="77777777" w:rsidTr="00E330BE">
        <w:tc>
          <w:tcPr>
            <w:tcW w:w="1271" w:type="dxa"/>
          </w:tcPr>
          <w:p w14:paraId="16035D42" w14:textId="151F06BB" w:rsidR="007C5FA8" w:rsidRPr="00B75FF8" w:rsidRDefault="007C5FA8" w:rsidP="0088672B">
            <w:pPr>
              <w:rPr>
                <w:rFonts w:ascii="Arial" w:hAnsi="Arial" w:cs="Arial"/>
                <w:b/>
                <w:bCs/>
                <w:color w:val="66C1C4"/>
                <w:lang w:val="nl-NL"/>
              </w:rPr>
            </w:pPr>
            <w:r w:rsidRPr="00B75FF8">
              <w:rPr>
                <w:rFonts w:ascii="Arial" w:hAnsi="Arial" w:cs="Arial"/>
                <w:b/>
                <w:bCs/>
                <w:color w:val="66C1C4"/>
                <w:lang w:val="nl-NL"/>
              </w:rPr>
              <w:t>7</w:t>
            </w:r>
          </w:p>
        </w:tc>
        <w:tc>
          <w:tcPr>
            <w:tcW w:w="7371" w:type="dxa"/>
          </w:tcPr>
          <w:p w14:paraId="1A1D5750" w14:textId="77777777" w:rsidR="007C5FA8" w:rsidRPr="00B75FF8" w:rsidRDefault="007C5FA8" w:rsidP="0088672B">
            <w:pPr>
              <w:rPr>
                <w:rFonts w:ascii="Arial" w:hAnsi="Arial" w:cs="Arial"/>
                <w:lang w:val="nl-NL"/>
              </w:rPr>
            </w:pPr>
          </w:p>
        </w:tc>
      </w:tr>
      <w:tr w:rsidR="007C5FA8" w:rsidRPr="00B75FF8" w14:paraId="7EBC70EE" w14:textId="77777777" w:rsidTr="00E330BE">
        <w:tc>
          <w:tcPr>
            <w:tcW w:w="1271" w:type="dxa"/>
          </w:tcPr>
          <w:p w14:paraId="43FAF641" w14:textId="6251DDF7" w:rsidR="007C5FA8" w:rsidRPr="00B75FF8" w:rsidRDefault="007C5FA8" w:rsidP="0088672B">
            <w:pPr>
              <w:rPr>
                <w:rFonts w:ascii="Arial" w:hAnsi="Arial" w:cs="Arial"/>
                <w:b/>
                <w:bCs/>
                <w:color w:val="66C1C4"/>
                <w:lang w:val="nl-NL"/>
              </w:rPr>
            </w:pPr>
            <w:r w:rsidRPr="00B75FF8">
              <w:rPr>
                <w:rFonts w:ascii="Arial" w:hAnsi="Arial" w:cs="Arial"/>
                <w:b/>
                <w:bCs/>
                <w:color w:val="66C1C4"/>
                <w:lang w:val="nl-NL"/>
              </w:rPr>
              <w:t>8</w:t>
            </w:r>
          </w:p>
        </w:tc>
        <w:tc>
          <w:tcPr>
            <w:tcW w:w="7371" w:type="dxa"/>
          </w:tcPr>
          <w:p w14:paraId="0DC5F7B4" w14:textId="77777777" w:rsidR="007C5FA8" w:rsidRPr="00B75FF8" w:rsidRDefault="007C5FA8" w:rsidP="0088672B">
            <w:pPr>
              <w:rPr>
                <w:rFonts w:ascii="Arial" w:hAnsi="Arial" w:cs="Arial"/>
                <w:lang w:val="nl-NL"/>
              </w:rPr>
            </w:pPr>
          </w:p>
        </w:tc>
      </w:tr>
      <w:tr w:rsidR="007C5FA8" w:rsidRPr="00B75FF8" w14:paraId="40951569" w14:textId="77777777" w:rsidTr="00E330BE">
        <w:tc>
          <w:tcPr>
            <w:tcW w:w="1271" w:type="dxa"/>
          </w:tcPr>
          <w:p w14:paraId="140F7B58" w14:textId="79BD491C" w:rsidR="007C5FA8" w:rsidRPr="00B75FF8" w:rsidRDefault="007C5FA8" w:rsidP="0088672B">
            <w:pPr>
              <w:rPr>
                <w:rFonts w:ascii="Arial" w:hAnsi="Arial" w:cs="Arial"/>
                <w:b/>
                <w:bCs/>
                <w:color w:val="66C1C4"/>
                <w:lang w:val="nl-NL"/>
              </w:rPr>
            </w:pPr>
            <w:r w:rsidRPr="00B75FF8">
              <w:rPr>
                <w:rFonts w:ascii="Arial" w:hAnsi="Arial" w:cs="Arial"/>
                <w:b/>
                <w:bCs/>
                <w:color w:val="66C1C4"/>
                <w:lang w:val="nl-NL"/>
              </w:rPr>
              <w:t>9</w:t>
            </w:r>
          </w:p>
        </w:tc>
        <w:tc>
          <w:tcPr>
            <w:tcW w:w="7371" w:type="dxa"/>
          </w:tcPr>
          <w:p w14:paraId="30FBA27B" w14:textId="77777777" w:rsidR="007C5FA8" w:rsidRPr="00B75FF8" w:rsidRDefault="007C5FA8" w:rsidP="0088672B">
            <w:pPr>
              <w:rPr>
                <w:rFonts w:ascii="Arial" w:hAnsi="Arial" w:cs="Arial"/>
                <w:lang w:val="nl-NL"/>
              </w:rPr>
            </w:pPr>
          </w:p>
        </w:tc>
      </w:tr>
      <w:tr w:rsidR="007C5FA8" w:rsidRPr="00B75FF8" w14:paraId="2BF3966F" w14:textId="77777777" w:rsidTr="00E330BE">
        <w:tc>
          <w:tcPr>
            <w:tcW w:w="1271" w:type="dxa"/>
          </w:tcPr>
          <w:p w14:paraId="1756C4BC" w14:textId="4772A8C3" w:rsidR="007C5FA8" w:rsidRPr="00B75FF8" w:rsidRDefault="007C5FA8" w:rsidP="0088672B">
            <w:pPr>
              <w:rPr>
                <w:rFonts w:ascii="Arial" w:hAnsi="Arial" w:cs="Arial"/>
                <w:b/>
                <w:bCs/>
                <w:color w:val="66C1C4"/>
                <w:lang w:val="nl-NL"/>
              </w:rPr>
            </w:pPr>
            <w:r w:rsidRPr="00B75FF8">
              <w:rPr>
                <w:rFonts w:ascii="Arial" w:hAnsi="Arial" w:cs="Arial"/>
                <w:b/>
                <w:bCs/>
                <w:color w:val="66C1C4"/>
                <w:lang w:val="nl-NL"/>
              </w:rPr>
              <w:t>10</w:t>
            </w:r>
          </w:p>
        </w:tc>
        <w:tc>
          <w:tcPr>
            <w:tcW w:w="7371" w:type="dxa"/>
          </w:tcPr>
          <w:p w14:paraId="76C62E85" w14:textId="77777777" w:rsidR="007C5FA8" w:rsidRPr="00B75FF8" w:rsidRDefault="007C5FA8" w:rsidP="0088672B">
            <w:pPr>
              <w:rPr>
                <w:rFonts w:ascii="Arial" w:hAnsi="Arial" w:cs="Arial"/>
                <w:lang w:val="nl-NL"/>
              </w:rPr>
            </w:pPr>
          </w:p>
        </w:tc>
      </w:tr>
    </w:tbl>
    <w:p w14:paraId="64C8AAE1" w14:textId="05FA2494" w:rsidR="007E3741" w:rsidRPr="00B75FF8" w:rsidRDefault="00885665" w:rsidP="007E3741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br/>
      </w:r>
      <w:r w:rsidR="00E93B41" w:rsidRPr="00B75FF8">
        <w:rPr>
          <w:rFonts w:ascii="Arial" w:hAnsi="Arial" w:cs="Arial"/>
          <w:lang w:val="nl-NL"/>
        </w:rPr>
        <w:t xml:space="preserve">Als u </w:t>
      </w:r>
      <w:r w:rsidR="002B5271" w:rsidRPr="00B75FF8">
        <w:rPr>
          <w:rFonts w:ascii="Arial" w:hAnsi="Arial" w:cs="Arial"/>
          <w:lang w:val="nl-NL"/>
        </w:rPr>
        <w:t xml:space="preserve">zich </w:t>
      </w:r>
      <w:r w:rsidR="00E93B41" w:rsidRPr="00B75FF8">
        <w:rPr>
          <w:rFonts w:ascii="Arial" w:hAnsi="Arial" w:cs="Arial"/>
          <w:lang w:val="nl-NL"/>
        </w:rPr>
        <w:t>voor meerdere kavels inschrijft</w:t>
      </w:r>
      <w:r w:rsidR="002B5271" w:rsidRPr="00B75FF8">
        <w:rPr>
          <w:rFonts w:ascii="Arial" w:hAnsi="Arial" w:cs="Arial"/>
          <w:lang w:val="nl-NL"/>
        </w:rPr>
        <w:t>,</w:t>
      </w:r>
      <w:r w:rsidR="00E93B41" w:rsidRPr="00B75FF8">
        <w:rPr>
          <w:rFonts w:ascii="Arial" w:hAnsi="Arial" w:cs="Arial"/>
          <w:lang w:val="nl-NL"/>
        </w:rPr>
        <w:t xml:space="preserve"> geef</w:t>
      </w:r>
      <w:r w:rsidR="002B5271" w:rsidRPr="00B75FF8">
        <w:rPr>
          <w:rFonts w:ascii="Arial" w:hAnsi="Arial" w:cs="Arial"/>
          <w:lang w:val="nl-NL"/>
        </w:rPr>
        <w:t xml:space="preserve"> dan </w:t>
      </w:r>
      <w:r w:rsidR="00E93B41" w:rsidRPr="00B75FF8">
        <w:rPr>
          <w:rFonts w:ascii="Arial" w:hAnsi="Arial" w:cs="Arial"/>
          <w:lang w:val="nl-NL"/>
        </w:rPr>
        <w:t>in de tabel de volgorde van uw voorkeur aan (</w:t>
      </w:r>
      <w:r w:rsidR="002B5271" w:rsidRPr="00B75FF8">
        <w:rPr>
          <w:rFonts w:ascii="Arial" w:hAnsi="Arial" w:cs="Arial"/>
          <w:lang w:val="nl-NL"/>
        </w:rPr>
        <w:t>1 = hoogste voorkeur, 2 = tweede voorkeur, enzovoort).</w:t>
      </w:r>
    </w:p>
    <w:p w14:paraId="41212D15" w14:textId="77777777" w:rsidR="007E3741" w:rsidRPr="00B75FF8" w:rsidRDefault="005D0FC8" w:rsidP="00E330BE">
      <w:pPr>
        <w:pStyle w:val="Kop1"/>
        <w:rPr>
          <w:lang w:val="nl-NL"/>
        </w:rPr>
      </w:pPr>
      <w:r w:rsidRPr="00B75FF8">
        <w:rPr>
          <w:lang w:val="nl-NL"/>
        </w:rPr>
        <w:t>3</w:t>
      </w:r>
      <w:r w:rsidR="00340032" w:rsidRPr="00B75FF8">
        <w:rPr>
          <w:lang w:val="nl-NL"/>
        </w:rPr>
        <w:t>. Basiscriteria</w:t>
      </w:r>
      <w:r w:rsidR="00FC49B7" w:rsidRPr="00B75FF8">
        <w:rPr>
          <w:lang w:val="nl-NL"/>
        </w:rPr>
        <w:t xml:space="preserve"> </w:t>
      </w:r>
      <w:r w:rsidR="00CE3B13" w:rsidRPr="00B75FF8">
        <w:rPr>
          <w:lang w:val="nl-NL"/>
        </w:rPr>
        <w:t>–</w:t>
      </w:r>
      <w:r w:rsidR="00FC49B7" w:rsidRPr="00B75FF8">
        <w:rPr>
          <w:lang w:val="nl-NL"/>
        </w:rPr>
        <w:t xml:space="preserve"> Geschiktheidseisen</w:t>
      </w:r>
    </w:p>
    <w:p w14:paraId="07384658" w14:textId="3CAA74AB" w:rsidR="007C5FA8" w:rsidRPr="00B75FF8" w:rsidRDefault="007E3741" w:rsidP="00E330BE">
      <w:pPr>
        <w:pStyle w:val="Kop1"/>
        <w:rPr>
          <w:lang w:val="nl-NL"/>
        </w:rPr>
      </w:pPr>
      <w:r w:rsidRPr="00B75FF8">
        <w:rPr>
          <w:b w:val="0"/>
          <w:bCs w:val="0"/>
          <w:color w:val="auto"/>
          <w:sz w:val="22"/>
          <w:szCs w:val="22"/>
          <w:lang w:val="nl-NL"/>
        </w:rPr>
        <w:t>Dit zijn de minimale vereisten om voor een kavel in aanmerking te komen.</w:t>
      </w:r>
      <w:r w:rsidR="00E330BE" w:rsidRPr="00B75FF8">
        <w:rPr>
          <w:lang w:val="nl-NL"/>
        </w:rPr>
        <w:br/>
      </w:r>
    </w:p>
    <w:tbl>
      <w:tblPr>
        <w:tblStyle w:val="Tabelraster"/>
        <w:tblW w:w="8647" w:type="dxa"/>
        <w:tblBorders>
          <w:top w:val="single" w:sz="4" w:space="0" w:color="66C1C4"/>
          <w:left w:val="single" w:sz="4" w:space="0" w:color="66C1C4"/>
          <w:bottom w:val="single" w:sz="4" w:space="0" w:color="66C1C4"/>
          <w:right w:val="single" w:sz="4" w:space="0" w:color="66C1C4"/>
          <w:insideH w:val="single" w:sz="4" w:space="0" w:color="66C1C4"/>
          <w:insideV w:val="single" w:sz="4" w:space="0" w:color="66C1C4"/>
        </w:tblBorders>
        <w:tblLook w:val="04A0" w:firstRow="1" w:lastRow="0" w:firstColumn="1" w:lastColumn="0" w:noHBand="0" w:noVBand="1"/>
      </w:tblPr>
      <w:tblGrid>
        <w:gridCol w:w="4820"/>
        <w:gridCol w:w="3827"/>
      </w:tblGrid>
      <w:tr w:rsidR="007E3741" w:rsidRPr="00B75FF8" w14:paraId="2BD006BE" w14:textId="77777777" w:rsidTr="007E3741">
        <w:tc>
          <w:tcPr>
            <w:tcW w:w="482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6C1C4"/>
          </w:tcPr>
          <w:p w14:paraId="6A4F3E51" w14:textId="77777777" w:rsidR="007E3741" w:rsidRPr="00B75FF8" w:rsidRDefault="007E3741">
            <w:pPr>
              <w:rPr>
                <w:rFonts w:ascii="Arial" w:hAnsi="Arial" w:cs="Arial"/>
                <w:b/>
                <w:bCs/>
                <w:color w:val="FFFFFF" w:themeColor="background1"/>
                <w:lang w:val="nl-NL"/>
              </w:rPr>
            </w:pPr>
            <w:r w:rsidRPr="00B75FF8">
              <w:rPr>
                <w:rFonts w:ascii="Arial" w:hAnsi="Arial" w:cs="Arial"/>
                <w:b/>
                <w:bCs/>
                <w:color w:val="FFFFFF" w:themeColor="background1"/>
                <w:lang w:val="nl-NL"/>
              </w:rPr>
              <w:t>Criterium</w:t>
            </w:r>
          </w:p>
        </w:tc>
        <w:tc>
          <w:tcPr>
            <w:tcW w:w="38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66C1C4"/>
              <w:right w:val="single" w:sz="4" w:space="0" w:color="FFFFFF" w:themeColor="background1"/>
            </w:tcBorders>
            <w:shd w:val="clear" w:color="auto" w:fill="66C1C4"/>
          </w:tcPr>
          <w:p w14:paraId="6606BEBB" w14:textId="24F10468" w:rsidR="007E3741" w:rsidRPr="00B75FF8" w:rsidRDefault="007E3741">
            <w:pPr>
              <w:rPr>
                <w:rFonts w:ascii="Arial" w:hAnsi="Arial" w:cs="Arial"/>
                <w:b/>
                <w:bCs/>
                <w:color w:val="FFFFFF" w:themeColor="background1"/>
                <w:lang w:val="nl-NL"/>
              </w:rPr>
            </w:pPr>
            <w:r w:rsidRPr="00B75FF8">
              <w:rPr>
                <w:rFonts w:ascii="Arial" w:hAnsi="Arial" w:cs="Arial"/>
                <w:b/>
                <w:bCs/>
                <w:color w:val="FFFFFF" w:themeColor="background1"/>
                <w:lang w:val="nl-NL"/>
              </w:rPr>
              <w:t>Bewijsstuk</w:t>
            </w:r>
            <w:r w:rsidR="009A62D4" w:rsidRPr="00B75FF8">
              <w:rPr>
                <w:rFonts w:ascii="Arial" w:hAnsi="Arial" w:cs="Arial"/>
                <w:b/>
                <w:bCs/>
                <w:color w:val="FFFFFF" w:themeColor="background1"/>
                <w:lang w:val="nl-NL"/>
              </w:rPr>
              <w:t xml:space="preserve"> aan te leveren door aanvrager</w:t>
            </w:r>
          </w:p>
        </w:tc>
      </w:tr>
      <w:tr w:rsidR="007E3741" w:rsidRPr="00B75FF8" w14:paraId="7BE81437" w14:textId="77777777" w:rsidTr="007E3741">
        <w:tc>
          <w:tcPr>
            <w:tcW w:w="4820" w:type="dxa"/>
            <w:tcBorders>
              <w:top w:val="single" w:sz="4" w:space="0" w:color="FFFFFF" w:themeColor="background1"/>
            </w:tcBorders>
          </w:tcPr>
          <w:p w14:paraId="0E73233B" w14:textId="77777777" w:rsidR="007E3741" w:rsidRPr="00B75FF8" w:rsidRDefault="007E3741">
            <w:pPr>
              <w:rPr>
                <w:rFonts w:ascii="Arial" w:hAnsi="Arial" w:cs="Arial"/>
                <w:color w:val="66C1C4"/>
                <w:lang w:val="nl-NL"/>
              </w:rPr>
            </w:pPr>
            <w:r w:rsidRPr="00B75FF8">
              <w:rPr>
                <w:rFonts w:ascii="Arial" w:hAnsi="Arial" w:cs="Arial"/>
                <w:color w:val="66C1C4"/>
                <w:lang w:val="nl-NL"/>
              </w:rPr>
              <w:t>Inschrijving bij KvK</w:t>
            </w:r>
          </w:p>
        </w:tc>
        <w:tc>
          <w:tcPr>
            <w:tcW w:w="3827" w:type="dxa"/>
            <w:tcBorders>
              <w:top w:val="single" w:sz="4" w:space="0" w:color="66C1C4"/>
            </w:tcBorders>
          </w:tcPr>
          <w:p w14:paraId="1AB3B9B5" w14:textId="1E8805DD" w:rsidR="007E3741" w:rsidRPr="00B75FF8" w:rsidRDefault="007E3741">
            <w:pPr>
              <w:rPr>
                <w:rFonts w:ascii="Arial" w:hAnsi="Arial" w:cs="Arial"/>
                <w:color w:val="000000" w:themeColor="text1"/>
                <w:lang w:val="nl-NL"/>
              </w:rPr>
            </w:pPr>
            <w:r w:rsidRPr="00B75FF8">
              <w:rPr>
                <w:rFonts w:ascii="Arial" w:hAnsi="Arial" w:cs="Arial"/>
                <w:color w:val="000000" w:themeColor="text1"/>
                <w:lang w:val="nl-NL"/>
              </w:rPr>
              <w:t>Uittreksel KvK</w:t>
            </w:r>
          </w:p>
        </w:tc>
      </w:tr>
      <w:tr w:rsidR="007E3741" w:rsidRPr="00B75FF8" w14:paraId="52D35910" w14:textId="77777777" w:rsidTr="007E3741">
        <w:tc>
          <w:tcPr>
            <w:tcW w:w="4820" w:type="dxa"/>
          </w:tcPr>
          <w:p w14:paraId="241DC0DB" w14:textId="77777777" w:rsidR="007E3741" w:rsidRPr="00B75FF8" w:rsidRDefault="007E3741">
            <w:pPr>
              <w:rPr>
                <w:rFonts w:ascii="Arial" w:hAnsi="Arial" w:cs="Arial"/>
                <w:color w:val="66C1C4"/>
                <w:lang w:val="nl-NL"/>
              </w:rPr>
            </w:pPr>
            <w:r w:rsidRPr="00B75FF8">
              <w:rPr>
                <w:rFonts w:ascii="Arial" w:hAnsi="Arial" w:cs="Arial"/>
                <w:color w:val="66C1C4"/>
                <w:lang w:val="nl-NL"/>
              </w:rPr>
              <w:t>Akkoord met verkoopprijs en kavelgrootte</w:t>
            </w:r>
          </w:p>
        </w:tc>
        <w:tc>
          <w:tcPr>
            <w:tcW w:w="3827" w:type="dxa"/>
          </w:tcPr>
          <w:p w14:paraId="520632B0" w14:textId="30CB75DE" w:rsidR="007E3741" w:rsidRPr="00B75FF8" w:rsidRDefault="007E3741">
            <w:pPr>
              <w:rPr>
                <w:rFonts w:ascii="Arial" w:hAnsi="Arial" w:cs="Arial"/>
                <w:color w:val="000000" w:themeColor="text1"/>
                <w:lang w:val="nl-NL"/>
              </w:rPr>
            </w:pPr>
            <w:r w:rsidRPr="00B75FF8">
              <w:rPr>
                <w:rFonts w:ascii="Arial" w:hAnsi="Arial" w:cs="Arial"/>
                <w:color w:val="000000" w:themeColor="text1"/>
                <w:lang w:val="nl-NL"/>
              </w:rPr>
              <w:t>Ondertekening van het formulier</w:t>
            </w:r>
          </w:p>
        </w:tc>
      </w:tr>
      <w:tr w:rsidR="007E3741" w:rsidRPr="00B75FF8" w14:paraId="2F78189E" w14:textId="77777777" w:rsidTr="007E3741">
        <w:tc>
          <w:tcPr>
            <w:tcW w:w="4820" w:type="dxa"/>
          </w:tcPr>
          <w:p w14:paraId="299BA8C2" w14:textId="6859E9C6" w:rsidR="007E3741" w:rsidRPr="00B75FF8" w:rsidRDefault="007E3741" w:rsidP="007D763E">
            <w:pPr>
              <w:rPr>
                <w:rFonts w:ascii="Arial" w:hAnsi="Arial" w:cs="Arial"/>
                <w:color w:val="66C1C4"/>
                <w:lang w:val="nl-NL"/>
              </w:rPr>
            </w:pPr>
            <w:r w:rsidRPr="00B75FF8">
              <w:rPr>
                <w:rFonts w:ascii="Arial" w:hAnsi="Arial" w:cs="Arial"/>
                <w:color w:val="66C1C4"/>
                <w:lang w:val="nl-NL"/>
              </w:rPr>
              <w:t>De kavelkoper conformeert zich aan het kavelpaspoort</w:t>
            </w:r>
          </w:p>
        </w:tc>
        <w:tc>
          <w:tcPr>
            <w:tcW w:w="3827" w:type="dxa"/>
          </w:tcPr>
          <w:p w14:paraId="1C958766" w14:textId="2A86B016" w:rsidR="007E3741" w:rsidRPr="00B75FF8" w:rsidRDefault="007E3741">
            <w:pPr>
              <w:rPr>
                <w:rFonts w:ascii="Arial" w:hAnsi="Arial" w:cs="Arial"/>
                <w:color w:val="000000" w:themeColor="text1"/>
                <w:lang w:val="nl-NL"/>
              </w:rPr>
            </w:pPr>
            <w:r w:rsidRPr="00B75FF8">
              <w:rPr>
                <w:rFonts w:ascii="Arial" w:hAnsi="Arial" w:cs="Arial"/>
                <w:color w:val="000000" w:themeColor="text1"/>
                <w:lang w:val="nl-NL"/>
              </w:rPr>
              <w:t>Ondertekening van het formulier</w:t>
            </w:r>
          </w:p>
        </w:tc>
      </w:tr>
      <w:tr w:rsidR="007E3741" w:rsidRPr="00B75FF8" w14:paraId="16866495" w14:textId="77777777" w:rsidTr="007E3741">
        <w:tc>
          <w:tcPr>
            <w:tcW w:w="4820" w:type="dxa"/>
          </w:tcPr>
          <w:p w14:paraId="35D02DBA" w14:textId="49989A39" w:rsidR="007E3741" w:rsidRPr="00B75FF8" w:rsidRDefault="007E3741">
            <w:pPr>
              <w:rPr>
                <w:rFonts w:ascii="Arial" w:hAnsi="Arial" w:cs="Arial"/>
                <w:color w:val="66C1C4"/>
                <w:lang w:val="nl-NL"/>
              </w:rPr>
            </w:pPr>
            <w:r w:rsidRPr="00B75FF8">
              <w:rPr>
                <w:rFonts w:ascii="Arial" w:hAnsi="Arial" w:cs="Arial"/>
                <w:color w:val="66C1C4"/>
                <w:lang w:val="nl-NL"/>
              </w:rPr>
              <w:t>Inschrijver is enige eindgebruiker van de kavel</w:t>
            </w:r>
          </w:p>
        </w:tc>
        <w:tc>
          <w:tcPr>
            <w:tcW w:w="3827" w:type="dxa"/>
          </w:tcPr>
          <w:p w14:paraId="0899FCDD" w14:textId="1E5CA963" w:rsidR="007E3741" w:rsidRPr="00B75FF8" w:rsidRDefault="007E3741">
            <w:pPr>
              <w:rPr>
                <w:rFonts w:ascii="Arial" w:hAnsi="Arial" w:cs="Arial"/>
                <w:color w:val="000000" w:themeColor="text1"/>
                <w:lang w:val="nl-NL"/>
              </w:rPr>
            </w:pPr>
            <w:r w:rsidRPr="00B75FF8">
              <w:rPr>
                <w:rFonts w:ascii="Arial" w:hAnsi="Arial" w:cs="Arial"/>
                <w:color w:val="000000" w:themeColor="text1"/>
                <w:lang w:val="nl-NL"/>
              </w:rPr>
              <w:t>Ondertekening van het formulier</w:t>
            </w:r>
          </w:p>
        </w:tc>
      </w:tr>
      <w:tr w:rsidR="007E3741" w:rsidRPr="00B75FF8" w14:paraId="5E7FBF04" w14:textId="77777777" w:rsidTr="007E3741">
        <w:tc>
          <w:tcPr>
            <w:tcW w:w="4820" w:type="dxa"/>
          </w:tcPr>
          <w:p w14:paraId="2F11C608" w14:textId="77777777" w:rsidR="007E3741" w:rsidRPr="00B75FF8" w:rsidRDefault="007E3741">
            <w:pPr>
              <w:rPr>
                <w:rFonts w:ascii="Arial" w:hAnsi="Arial" w:cs="Arial"/>
                <w:color w:val="66C1C4"/>
                <w:lang w:val="nl-NL"/>
              </w:rPr>
            </w:pPr>
            <w:r w:rsidRPr="00B75FF8">
              <w:rPr>
                <w:rFonts w:ascii="Arial" w:hAnsi="Arial" w:cs="Arial"/>
                <w:color w:val="66C1C4"/>
                <w:lang w:val="nl-NL"/>
              </w:rPr>
              <w:t>Minimaal 30 fte per hectare</w:t>
            </w:r>
          </w:p>
        </w:tc>
        <w:tc>
          <w:tcPr>
            <w:tcW w:w="3827" w:type="dxa"/>
          </w:tcPr>
          <w:p w14:paraId="50CCDE7A" w14:textId="45A63D51" w:rsidR="007E3741" w:rsidRPr="00B75FF8" w:rsidRDefault="00B64889">
            <w:pPr>
              <w:rPr>
                <w:rFonts w:ascii="Arial" w:hAnsi="Arial" w:cs="Arial"/>
                <w:color w:val="000000" w:themeColor="text1"/>
                <w:highlight w:val="yellow"/>
                <w:lang w:val="nl-NL"/>
              </w:rPr>
            </w:pPr>
            <w:r w:rsidRPr="00B75FF8">
              <w:rPr>
                <w:rFonts w:ascii="Arial" w:hAnsi="Arial" w:cs="Arial"/>
                <w:color w:val="000000" w:themeColor="text1"/>
                <w:lang w:val="nl-NL"/>
              </w:rPr>
              <w:t>Bewijsstuk aantal fte’s</w:t>
            </w:r>
          </w:p>
        </w:tc>
      </w:tr>
    </w:tbl>
    <w:p w14:paraId="509338A0" w14:textId="77777777" w:rsidR="00E35B64" w:rsidRPr="00B75FF8" w:rsidRDefault="00E35B64" w:rsidP="00E35B64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lang w:val="nl-NL" w:eastAsia="nl-NL"/>
        </w:rPr>
      </w:pPr>
    </w:p>
    <w:p w14:paraId="46CCA483" w14:textId="77777777" w:rsidR="00E35B64" w:rsidRPr="00B75FF8" w:rsidRDefault="00E35B64" w:rsidP="00E35B64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lang w:val="nl-NL" w:eastAsia="nl-NL"/>
        </w:rPr>
      </w:pPr>
    </w:p>
    <w:p w14:paraId="3588A512" w14:textId="1827DAC8" w:rsidR="007D763E" w:rsidRPr="00B75FF8" w:rsidRDefault="00B64889" w:rsidP="00E330BE">
      <w:pPr>
        <w:pStyle w:val="Kop1"/>
        <w:rPr>
          <w:lang w:val="nl-NL"/>
        </w:rPr>
      </w:pPr>
      <w:r w:rsidRPr="00B75FF8">
        <w:rPr>
          <w:lang w:val="nl-NL"/>
        </w:rPr>
        <w:lastRenderedPageBreak/>
        <w:t>4</w:t>
      </w:r>
      <w:r w:rsidR="00CB747D" w:rsidRPr="00B75FF8">
        <w:rPr>
          <w:lang w:val="nl-NL"/>
        </w:rPr>
        <w:t xml:space="preserve">. Gebieds- en </w:t>
      </w:r>
      <w:proofErr w:type="spellStart"/>
      <w:r w:rsidR="00CB747D" w:rsidRPr="00B75FF8">
        <w:rPr>
          <w:lang w:val="nl-NL"/>
        </w:rPr>
        <w:t>kavelspecifieke</w:t>
      </w:r>
      <w:proofErr w:type="spellEnd"/>
      <w:r w:rsidR="00CB747D" w:rsidRPr="00B75FF8">
        <w:rPr>
          <w:lang w:val="nl-NL"/>
        </w:rPr>
        <w:t xml:space="preserve"> vereiste</w:t>
      </w:r>
      <w:r w:rsidR="00017D52" w:rsidRPr="00B75FF8">
        <w:rPr>
          <w:lang w:val="nl-NL"/>
        </w:rPr>
        <w:t>n</w:t>
      </w:r>
      <w:r w:rsidR="00E330BE" w:rsidRPr="00B75FF8">
        <w:rPr>
          <w:lang w:val="nl-NL"/>
        </w:rPr>
        <w:br/>
      </w:r>
    </w:p>
    <w:p w14:paraId="20E053C0" w14:textId="42036995" w:rsidR="002E2E0D" w:rsidRPr="00B75FF8" w:rsidRDefault="002E2E0D" w:rsidP="002E2E0D">
      <w:pPr>
        <w:ind w:left="720" w:hanging="720"/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color w:val="66C1C4"/>
          <w:lang w:val="nl-NL"/>
        </w:rPr>
        <w:t xml:space="preserve">1. </w:t>
      </w:r>
      <w:r w:rsidRPr="00B75FF8">
        <w:rPr>
          <w:rFonts w:ascii="Arial" w:hAnsi="Arial" w:cs="Arial"/>
          <w:lang w:val="nl-NL"/>
        </w:rPr>
        <w:tab/>
        <w:t>Eindgebruiker gaat door de inschrijving akkoord met verplichte deelname aan parkmanagement</w:t>
      </w:r>
    </w:p>
    <w:p w14:paraId="6D032A35" w14:textId="0BF1FCBC" w:rsidR="00994F2E" w:rsidRPr="00B75FF8" w:rsidRDefault="002E2E0D" w:rsidP="007C5FA8">
      <w:pPr>
        <w:ind w:left="720" w:hanging="720"/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color w:val="66C1C4"/>
          <w:lang w:val="nl-NL"/>
        </w:rPr>
        <w:t>2.</w:t>
      </w:r>
      <w:r w:rsidRPr="00B75FF8">
        <w:rPr>
          <w:rFonts w:ascii="Arial" w:hAnsi="Arial" w:cs="Arial"/>
          <w:lang w:val="nl-NL"/>
        </w:rPr>
        <w:tab/>
        <w:t xml:space="preserve">Eindgebruiker gaat door de inschrijving akkoord met het doorberekenen van de aansluitkosten 3x80 </w:t>
      </w:r>
      <w:r w:rsidR="007D763E" w:rsidRPr="00B75FF8">
        <w:rPr>
          <w:rFonts w:ascii="Arial" w:hAnsi="Arial" w:cs="Arial"/>
          <w:lang w:val="nl-NL"/>
        </w:rPr>
        <w:t>ampère</w:t>
      </w:r>
      <w:r w:rsidR="00D206BC" w:rsidRPr="00B75FF8">
        <w:rPr>
          <w:rFonts w:ascii="Arial" w:hAnsi="Arial" w:cs="Arial"/>
          <w:lang w:val="nl-NL"/>
        </w:rPr>
        <w:t xml:space="preserve">, bouwstroomkast en </w:t>
      </w:r>
      <w:r w:rsidRPr="00B75FF8">
        <w:rPr>
          <w:rFonts w:ascii="Arial" w:hAnsi="Arial" w:cs="Arial"/>
          <w:lang w:val="nl-NL"/>
        </w:rPr>
        <w:t>vastrecht van de tijdelijke aansluiting</w:t>
      </w:r>
    </w:p>
    <w:tbl>
      <w:tblPr>
        <w:tblStyle w:val="Tabelraster"/>
        <w:tblpPr w:leftFromText="141" w:rightFromText="141" w:vertAnchor="text" w:horzAnchor="margin" w:tblpXSpec="center" w:tblpY="391"/>
        <w:tblW w:w="0" w:type="auto"/>
        <w:tblLook w:val="04A0" w:firstRow="1" w:lastRow="0" w:firstColumn="1" w:lastColumn="0" w:noHBand="0" w:noVBand="1"/>
      </w:tblPr>
      <w:tblGrid>
        <w:gridCol w:w="7910"/>
      </w:tblGrid>
      <w:tr w:rsidR="0086681A" w:rsidRPr="00B75FF8" w14:paraId="225D69CC" w14:textId="77777777" w:rsidTr="0086681A">
        <w:tc>
          <w:tcPr>
            <w:tcW w:w="7910" w:type="dxa"/>
          </w:tcPr>
          <w:p w14:paraId="12FA2B57" w14:textId="0D65A934" w:rsidR="0086681A" w:rsidRPr="00B75FF8" w:rsidRDefault="0086681A" w:rsidP="0086681A">
            <w:pPr>
              <w:rPr>
                <w:rFonts w:ascii="Arial" w:hAnsi="Arial" w:cs="Arial"/>
                <w:color w:val="2B2B00"/>
                <w:sz w:val="20"/>
                <w:szCs w:val="20"/>
                <w:vertAlign w:val="superscript"/>
                <w:lang w:val="nl-NL"/>
              </w:rPr>
            </w:pPr>
            <w:r w:rsidRPr="00B75FF8">
              <w:rPr>
                <w:rFonts w:ascii="Arial" w:hAnsi="Arial" w:cs="Arial"/>
                <w:color w:val="2B2B00"/>
                <w:lang w:val="nl-NL"/>
              </w:rPr>
              <w:t xml:space="preserve">Groothandel </w:t>
            </w:r>
            <w:r w:rsidRPr="00B75FF8">
              <w:rPr>
                <w:rFonts w:ascii="Arial" w:hAnsi="Arial" w:cs="Arial"/>
                <w:color w:val="2B2B00"/>
                <w:sz w:val="20"/>
                <w:szCs w:val="20"/>
                <w:vertAlign w:val="superscript"/>
                <w:lang w:val="nl-NL"/>
              </w:rPr>
              <w:t>1</w:t>
            </w:r>
          </w:p>
        </w:tc>
      </w:tr>
      <w:tr w:rsidR="0086681A" w:rsidRPr="00B75FF8" w14:paraId="2F1E0C5B" w14:textId="77777777" w:rsidTr="0086681A">
        <w:tc>
          <w:tcPr>
            <w:tcW w:w="7910" w:type="dxa"/>
          </w:tcPr>
          <w:p w14:paraId="74B06BA2" w14:textId="696E1994" w:rsidR="0086681A" w:rsidRPr="00B75FF8" w:rsidRDefault="0086681A" w:rsidP="0086681A">
            <w:pPr>
              <w:rPr>
                <w:rFonts w:ascii="Arial" w:hAnsi="Arial" w:cs="Arial"/>
                <w:color w:val="2B2B00"/>
                <w:vertAlign w:val="superscript"/>
                <w:lang w:val="nl-NL"/>
              </w:rPr>
            </w:pPr>
            <w:r w:rsidRPr="00B75FF8">
              <w:rPr>
                <w:rFonts w:ascii="Arial" w:hAnsi="Arial" w:cs="Arial"/>
                <w:color w:val="2B2B00"/>
                <w:lang w:val="nl-NL"/>
              </w:rPr>
              <w:t xml:space="preserve">Logistiek </w:t>
            </w:r>
            <w:r w:rsidRPr="00B75FF8">
              <w:rPr>
                <w:rFonts w:ascii="Arial" w:hAnsi="Arial" w:cs="Arial"/>
                <w:color w:val="2B2B00"/>
                <w:vertAlign w:val="superscript"/>
                <w:lang w:val="nl-NL"/>
              </w:rPr>
              <w:t>2</w:t>
            </w:r>
          </w:p>
        </w:tc>
      </w:tr>
      <w:tr w:rsidR="0086681A" w:rsidRPr="00B75FF8" w14:paraId="00B2E35F" w14:textId="77777777" w:rsidTr="0086681A">
        <w:tc>
          <w:tcPr>
            <w:tcW w:w="7910" w:type="dxa"/>
          </w:tcPr>
          <w:p w14:paraId="2ECCC51E" w14:textId="77777777" w:rsidR="0086681A" w:rsidRPr="00B75FF8" w:rsidRDefault="0086681A" w:rsidP="0086681A">
            <w:pPr>
              <w:rPr>
                <w:rFonts w:ascii="Arial" w:hAnsi="Arial" w:cs="Arial"/>
                <w:color w:val="2B2B00"/>
                <w:lang w:val="nl-NL"/>
              </w:rPr>
            </w:pPr>
            <w:r w:rsidRPr="00B75FF8">
              <w:rPr>
                <w:rFonts w:ascii="Arial" w:hAnsi="Arial" w:cs="Arial"/>
                <w:color w:val="2B2B00"/>
                <w:lang w:val="nl-NL"/>
              </w:rPr>
              <w:t>Kleinschalige garageboxen en bedrijfsunits (&lt;100 m2)</w:t>
            </w:r>
          </w:p>
        </w:tc>
      </w:tr>
      <w:tr w:rsidR="0086681A" w:rsidRPr="00B75FF8" w14:paraId="7080728F" w14:textId="77777777" w:rsidTr="0086681A">
        <w:tc>
          <w:tcPr>
            <w:tcW w:w="7910" w:type="dxa"/>
          </w:tcPr>
          <w:p w14:paraId="69C97453" w14:textId="77777777" w:rsidR="0086681A" w:rsidRPr="00B75FF8" w:rsidRDefault="0086681A" w:rsidP="0086681A">
            <w:pPr>
              <w:rPr>
                <w:rFonts w:ascii="Arial" w:hAnsi="Arial" w:cs="Arial"/>
                <w:color w:val="2B2B00"/>
                <w:lang w:val="nl-NL"/>
              </w:rPr>
            </w:pPr>
            <w:r w:rsidRPr="00B75FF8">
              <w:rPr>
                <w:rFonts w:ascii="Arial" w:hAnsi="Arial" w:cs="Arial"/>
                <w:color w:val="2B2B00"/>
                <w:lang w:val="nl-NL"/>
              </w:rPr>
              <w:t>Autohandel en-reparatie</w:t>
            </w:r>
          </w:p>
        </w:tc>
      </w:tr>
      <w:tr w:rsidR="0086681A" w:rsidRPr="00B75FF8" w14:paraId="4AE076D9" w14:textId="77777777" w:rsidTr="0086681A">
        <w:tc>
          <w:tcPr>
            <w:tcW w:w="7910" w:type="dxa"/>
          </w:tcPr>
          <w:p w14:paraId="0AB7DE86" w14:textId="2442110F" w:rsidR="0086681A" w:rsidRPr="00B75FF8" w:rsidRDefault="0086681A" w:rsidP="0086681A">
            <w:pPr>
              <w:rPr>
                <w:rFonts w:ascii="Arial" w:hAnsi="Arial" w:cs="Arial"/>
                <w:color w:val="2B2B00"/>
                <w:lang w:val="nl-NL"/>
              </w:rPr>
            </w:pPr>
            <w:r w:rsidRPr="00B75FF8">
              <w:rPr>
                <w:rFonts w:ascii="Arial" w:hAnsi="Arial" w:cs="Arial"/>
                <w:color w:val="2B2B00"/>
                <w:lang w:val="nl-NL"/>
              </w:rPr>
              <w:t>(Volumineuze) detailhandel</w:t>
            </w:r>
          </w:p>
        </w:tc>
      </w:tr>
      <w:tr w:rsidR="0086681A" w:rsidRPr="00B75FF8" w14:paraId="411E8D99" w14:textId="77777777" w:rsidTr="0086681A">
        <w:tc>
          <w:tcPr>
            <w:tcW w:w="7910" w:type="dxa"/>
          </w:tcPr>
          <w:p w14:paraId="203C3734" w14:textId="77777777" w:rsidR="0086681A" w:rsidRPr="00B75FF8" w:rsidRDefault="0086681A" w:rsidP="0086681A">
            <w:pPr>
              <w:rPr>
                <w:rFonts w:ascii="Arial" w:hAnsi="Arial" w:cs="Arial"/>
                <w:color w:val="2B2B00"/>
                <w:lang w:val="nl-NL"/>
              </w:rPr>
            </w:pPr>
            <w:r w:rsidRPr="00B75FF8">
              <w:rPr>
                <w:rFonts w:ascii="Arial" w:hAnsi="Arial" w:cs="Arial"/>
                <w:color w:val="2B2B00"/>
                <w:lang w:val="nl-NL"/>
              </w:rPr>
              <w:t>Leisure</w:t>
            </w:r>
          </w:p>
        </w:tc>
      </w:tr>
      <w:tr w:rsidR="0086681A" w:rsidRPr="00B75FF8" w14:paraId="27C1EC29" w14:textId="77777777" w:rsidTr="0086681A">
        <w:tc>
          <w:tcPr>
            <w:tcW w:w="7910" w:type="dxa"/>
          </w:tcPr>
          <w:p w14:paraId="4C2AF9E7" w14:textId="77777777" w:rsidR="0086681A" w:rsidRPr="00B75FF8" w:rsidRDefault="0086681A" w:rsidP="0086681A">
            <w:pPr>
              <w:rPr>
                <w:rFonts w:ascii="Arial" w:hAnsi="Arial" w:cs="Arial"/>
                <w:color w:val="2B2B00"/>
                <w:lang w:val="nl-NL"/>
              </w:rPr>
            </w:pPr>
            <w:r w:rsidRPr="00B75FF8">
              <w:rPr>
                <w:rFonts w:ascii="Arial" w:hAnsi="Arial" w:cs="Arial"/>
                <w:color w:val="2B2B00"/>
                <w:lang w:val="nl-NL"/>
              </w:rPr>
              <w:t>Horeca (tenzij ondersteunend aan aanwezige bedrijvigheid)</w:t>
            </w:r>
          </w:p>
        </w:tc>
      </w:tr>
      <w:tr w:rsidR="0086681A" w:rsidRPr="00B75FF8" w14:paraId="356D5C12" w14:textId="77777777" w:rsidTr="0086681A">
        <w:tc>
          <w:tcPr>
            <w:tcW w:w="7910" w:type="dxa"/>
          </w:tcPr>
          <w:p w14:paraId="558DA12F" w14:textId="19CD060E" w:rsidR="0086681A" w:rsidRPr="00B75FF8" w:rsidRDefault="0086681A" w:rsidP="0086681A">
            <w:pPr>
              <w:rPr>
                <w:rFonts w:ascii="Arial" w:hAnsi="Arial" w:cs="Arial"/>
                <w:color w:val="2B2B00"/>
                <w:vertAlign w:val="superscript"/>
                <w:lang w:val="nl-NL"/>
              </w:rPr>
            </w:pPr>
            <w:r w:rsidRPr="00B75FF8">
              <w:rPr>
                <w:rFonts w:ascii="Arial" w:hAnsi="Arial" w:cs="Arial"/>
                <w:color w:val="2B2B00"/>
                <w:lang w:val="nl-NL"/>
              </w:rPr>
              <w:t xml:space="preserve">Consumentgerichte dienstverlening </w:t>
            </w:r>
            <w:r w:rsidRPr="00B75FF8">
              <w:rPr>
                <w:rFonts w:ascii="Arial" w:hAnsi="Arial" w:cs="Arial"/>
                <w:color w:val="2B2B00"/>
                <w:vertAlign w:val="superscript"/>
                <w:lang w:val="nl-NL"/>
              </w:rPr>
              <w:t>3</w:t>
            </w:r>
          </w:p>
        </w:tc>
      </w:tr>
    </w:tbl>
    <w:p w14:paraId="589E6CCA" w14:textId="5C6A50FB" w:rsidR="00B64889" w:rsidRPr="00B75FF8" w:rsidRDefault="0086681A" w:rsidP="007C5FA8">
      <w:pPr>
        <w:ind w:left="720" w:hanging="720"/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color w:val="66C1C4"/>
          <w:lang w:val="nl-NL"/>
        </w:rPr>
        <w:t>3.</w:t>
      </w:r>
      <w:r w:rsidRPr="00B75FF8">
        <w:rPr>
          <w:rFonts w:ascii="Arial" w:hAnsi="Arial" w:cs="Arial"/>
          <w:lang w:val="nl-NL"/>
        </w:rPr>
        <w:t xml:space="preserve"> </w:t>
      </w:r>
      <w:r w:rsidRPr="00B75FF8">
        <w:rPr>
          <w:rFonts w:ascii="Arial" w:hAnsi="Arial" w:cs="Arial"/>
          <w:lang w:val="nl-NL"/>
        </w:rPr>
        <w:tab/>
      </w:r>
      <w:r w:rsidR="00C36270" w:rsidRPr="00B75FF8">
        <w:rPr>
          <w:rFonts w:ascii="Arial" w:hAnsi="Arial" w:cs="Arial"/>
          <w:b/>
          <w:bCs/>
          <w:lang w:val="nl-NL"/>
        </w:rPr>
        <w:t>U</w:t>
      </w:r>
      <w:r w:rsidRPr="00B75FF8">
        <w:rPr>
          <w:rFonts w:ascii="Arial" w:hAnsi="Arial" w:cs="Arial"/>
          <w:b/>
          <w:bCs/>
          <w:lang w:val="nl-NL"/>
        </w:rPr>
        <w:t>itgesloten bedrijfsfuncties:</w:t>
      </w:r>
    </w:p>
    <w:p w14:paraId="48BE34A2" w14:textId="77777777" w:rsidR="0086681A" w:rsidRPr="00B75FF8" w:rsidRDefault="0086681A" w:rsidP="007C5FA8">
      <w:pPr>
        <w:ind w:left="720" w:hanging="720"/>
        <w:rPr>
          <w:rFonts w:ascii="Arial" w:hAnsi="Arial" w:cs="Arial"/>
          <w:i/>
          <w:iCs/>
          <w:color w:val="2B2B00"/>
          <w:sz w:val="18"/>
          <w:szCs w:val="18"/>
          <w:lang w:val="nl-NL"/>
        </w:rPr>
      </w:pPr>
      <w:r w:rsidRPr="00B75FF8">
        <w:rPr>
          <w:rFonts w:ascii="Arial" w:hAnsi="Arial" w:cs="Arial"/>
          <w:i/>
          <w:iCs/>
          <w:color w:val="2B2B00"/>
          <w:sz w:val="18"/>
          <w:szCs w:val="18"/>
          <w:lang w:val="nl-NL"/>
        </w:rPr>
        <w:tab/>
      </w:r>
    </w:p>
    <w:p w14:paraId="5A298427" w14:textId="05BFAC14" w:rsidR="0086681A" w:rsidRPr="00B75FF8" w:rsidRDefault="0086681A" w:rsidP="0086681A">
      <w:pPr>
        <w:pStyle w:val="Lijstalinea"/>
        <w:numPr>
          <w:ilvl w:val="0"/>
          <w:numId w:val="12"/>
        </w:numPr>
        <w:rPr>
          <w:rFonts w:ascii="Arial" w:hAnsi="Arial" w:cs="Arial"/>
          <w:i/>
          <w:iCs/>
          <w:color w:val="2B2B00"/>
          <w:sz w:val="18"/>
          <w:szCs w:val="18"/>
          <w:lang w:val="nl-NL"/>
        </w:rPr>
      </w:pPr>
      <w:r w:rsidRPr="00B75FF8">
        <w:rPr>
          <w:rFonts w:ascii="Arial" w:hAnsi="Arial" w:cs="Arial"/>
          <w:i/>
          <w:iCs/>
          <w:color w:val="2B2B00"/>
          <w:sz w:val="18"/>
          <w:szCs w:val="18"/>
          <w:lang w:val="nl-NL"/>
        </w:rPr>
        <w:t xml:space="preserve">Een groothandel is een bedrijf dat goederen in grote hoeveelheden inkoopt bij fabrikanten of leveranciers en deze vervolgens doorverkoopt aan andere bedrijven, zoals detailhandelaren. </w:t>
      </w:r>
    </w:p>
    <w:p w14:paraId="65709B4E" w14:textId="77777777" w:rsidR="0086681A" w:rsidRPr="00B75FF8" w:rsidRDefault="0086681A" w:rsidP="0086681A">
      <w:pPr>
        <w:pStyle w:val="Lijstalinea"/>
        <w:numPr>
          <w:ilvl w:val="0"/>
          <w:numId w:val="12"/>
        </w:numPr>
        <w:rPr>
          <w:rFonts w:ascii="Arial" w:hAnsi="Arial" w:cs="Arial"/>
          <w:i/>
          <w:iCs/>
          <w:color w:val="2B2B00"/>
          <w:sz w:val="18"/>
          <w:szCs w:val="18"/>
          <w:lang w:val="nl-NL"/>
        </w:rPr>
      </w:pPr>
      <w:r w:rsidRPr="00B75FF8">
        <w:rPr>
          <w:rFonts w:ascii="Arial" w:hAnsi="Arial" w:cs="Arial"/>
          <w:i/>
          <w:iCs/>
          <w:color w:val="2B2B00"/>
          <w:sz w:val="18"/>
          <w:szCs w:val="18"/>
          <w:lang w:val="nl-NL"/>
        </w:rPr>
        <w:t xml:space="preserve">Een logistiek bedrijf is een onderneming die gespecialiseerd is in het verplaatsen van goederen of personen van een locatie naar een andere, gebruikmakend van verschillende transportmiddelen. </w:t>
      </w:r>
    </w:p>
    <w:p w14:paraId="4821A919" w14:textId="090C8E94" w:rsidR="0086681A" w:rsidRPr="00B75FF8" w:rsidRDefault="0086681A" w:rsidP="0086681A">
      <w:pPr>
        <w:pStyle w:val="Lijstalinea"/>
        <w:numPr>
          <w:ilvl w:val="0"/>
          <w:numId w:val="12"/>
        </w:numPr>
        <w:rPr>
          <w:rFonts w:ascii="Arial" w:hAnsi="Arial" w:cs="Arial"/>
          <w:i/>
          <w:iCs/>
          <w:color w:val="2B2B00"/>
          <w:sz w:val="18"/>
          <w:szCs w:val="18"/>
          <w:lang w:val="nl-NL"/>
        </w:rPr>
      </w:pPr>
      <w:r w:rsidRPr="00B75FF8">
        <w:rPr>
          <w:rFonts w:ascii="Arial" w:hAnsi="Arial" w:cs="Arial"/>
          <w:i/>
          <w:iCs/>
          <w:color w:val="2B2B00"/>
          <w:sz w:val="18"/>
          <w:szCs w:val="18"/>
          <w:lang w:val="nl-NL"/>
        </w:rPr>
        <w:t>Consumentgerichte dienstverlening verwijst naar het leveren van diensten direct aan individuele personen die deze diensten voor privédoeleinden afnemen, en niet voor hun beroeps- of bedrijfsactiviteiten.</w:t>
      </w:r>
    </w:p>
    <w:p w14:paraId="23AC2799" w14:textId="77777777" w:rsidR="00B75FF8" w:rsidRDefault="00B75FF8">
      <w:pPr>
        <w:rPr>
          <w:rFonts w:ascii="Arial" w:eastAsiaTheme="majorEastAsia" w:hAnsi="Arial" w:cstheme="majorBidi"/>
          <w:b/>
          <w:bCs/>
          <w:color w:val="66C1C4"/>
          <w:sz w:val="28"/>
          <w:szCs w:val="28"/>
          <w:lang w:val="nl-NL"/>
        </w:rPr>
      </w:pPr>
      <w:r>
        <w:rPr>
          <w:lang w:val="nl-NL"/>
        </w:rPr>
        <w:br w:type="page"/>
      </w:r>
    </w:p>
    <w:p w14:paraId="53CB572F" w14:textId="13A45DB8" w:rsidR="00A35BB8" w:rsidRPr="00B75FF8" w:rsidRDefault="00CD5F60" w:rsidP="00CF61AB">
      <w:pPr>
        <w:pStyle w:val="Kop1"/>
        <w:rPr>
          <w:sz w:val="24"/>
          <w:szCs w:val="24"/>
          <w:lang w:val="nl-NL"/>
        </w:rPr>
      </w:pPr>
      <w:r w:rsidRPr="00B75FF8">
        <w:rPr>
          <w:lang w:val="nl-NL"/>
        </w:rPr>
        <w:lastRenderedPageBreak/>
        <w:t>5</w:t>
      </w:r>
      <w:r w:rsidR="00340032" w:rsidRPr="00B75FF8">
        <w:rPr>
          <w:lang w:val="nl-NL"/>
        </w:rPr>
        <w:t>. Verklaring en ondertekening</w:t>
      </w:r>
      <w:r w:rsidR="00CF61AB" w:rsidRPr="00B75FF8">
        <w:rPr>
          <w:lang w:val="nl-NL"/>
        </w:rPr>
        <w:br/>
      </w:r>
    </w:p>
    <w:p w14:paraId="4A8E4BA6" w14:textId="77777777" w:rsidR="00A35BB8" w:rsidRPr="00B75FF8" w:rsidRDefault="00A35BB8" w:rsidP="00A35BB8">
      <w:pPr>
        <w:rPr>
          <w:rFonts w:ascii="Arial" w:hAnsi="Arial" w:cs="Arial"/>
          <w:b/>
          <w:bCs/>
          <w:color w:val="66C1C4"/>
          <w:sz w:val="24"/>
          <w:szCs w:val="24"/>
          <w:lang w:val="nl-NL"/>
        </w:rPr>
      </w:pPr>
      <w:r w:rsidRPr="00B75FF8">
        <w:rPr>
          <w:rFonts w:ascii="Arial" w:hAnsi="Arial" w:cs="Arial"/>
          <w:b/>
          <w:bCs/>
          <w:color w:val="66C1C4"/>
          <w:sz w:val="24"/>
          <w:szCs w:val="24"/>
          <w:lang w:val="nl-NL"/>
        </w:rPr>
        <w:t xml:space="preserve">Wet BIBOB </w:t>
      </w:r>
    </w:p>
    <w:p w14:paraId="647B0A49" w14:textId="5D95B0F5" w:rsidR="00A35BB8" w:rsidRPr="00B75FF8" w:rsidRDefault="00A35BB8" w:rsidP="00A35BB8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 xml:space="preserve">Door het invullen en indienen van dit inschrijfformulier hieronder verklaart de inschrijver: </w:t>
      </w:r>
    </w:p>
    <w:p w14:paraId="72276523" w14:textId="77777777" w:rsidR="00A35BB8" w:rsidRPr="00B75FF8" w:rsidRDefault="00A35BB8" w:rsidP="00A35BB8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color w:val="66C1C4"/>
          <w:lang w:val="nl-NL"/>
        </w:rPr>
        <w:t xml:space="preserve">A. </w:t>
      </w:r>
      <w:r w:rsidRPr="00B75FF8">
        <w:rPr>
          <w:rFonts w:ascii="Arial" w:hAnsi="Arial" w:cs="Arial"/>
          <w:lang w:val="nl-NL"/>
        </w:rPr>
        <w:t xml:space="preserve">ermee bekend te zijn dat een eventuele toewijzing en verkoop of uitgifte in erfpacht van een kavel afhankelijk kan zijn van de uitkomst van een eventueel </w:t>
      </w:r>
      <w:proofErr w:type="spellStart"/>
      <w:r w:rsidRPr="00B75FF8">
        <w:rPr>
          <w:rFonts w:ascii="Arial" w:hAnsi="Arial" w:cs="Arial"/>
          <w:lang w:val="nl-NL"/>
        </w:rPr>
        <w:t>Bibob</w:t>
      </w:r>
      <w:proofErr w:type="spellEnd"/>
      <w:r w:rsidRPr="00B75FF8">
        <w:rPr>
          <w:rFonts w:ascii="Arial" w:hAnsi="Arial" w:cs="Arial"/>
          <w:lang w:val="nl-NL"/>
        </w:rPr>
        <w:t>-onderzoek</w:t>
      </w:r>
    </w:p>
    <w:p w14:paraId="3A20CECA" w14:textId="75B19747" w:rsidR="00A35BB8" w:rsidRPr="00B75FF8" w:rsidRDefault="00A35BB8" w:rsidP="00A35BB8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color w:val="66C1C4"/>
          <w:lang w:val="nl-NL"/>
        </w:rPr>
        <w:t xml:space="preserve">B. </w:t>
      </w:r>
      <w:r w:rsidRPr="00B75FF8">
        <w:rPr>
          <w:rFonts w:ascii="Arial" w:hAnsi="Arial" w:cs="Arial"/>
          <w:lang w:val="nl-NL"/>
        </w:rPr>
        <w:t xml:space="preserve">op voorhand mee te zullen werken aan een eventueel </w:t>
      </w:r>
      <w:proofErr w:type="spellStart"/>
      <w:r w:rsidRPr="00B75FF8">
        <w:rPr>
          <w:rFonts w:ascii="Arial" w:hAnsi="Arial" w:cs="Arial"/>
          <w:lang w:val="nl-NL"/>
        </w:rPr>
        <w:t>Bibo</w:t>
      </w:r>
      <w:r w:rsidR="000C62F5" w:rsidRPr="00B75FF8">
        <w:rPr>
          <w:rFonts w:ascii="Arial" w:hAnsi="Arial" w:cs="Arial"/>
          <w:lang w:val="nl-NL"/>
        </w:rPr>
        <w:t>b</w:t>
      </w:r>
      <w:proofErr w:type="spellEnd"/>
      <w:r w:rsidRPr="00B75FF8">
        <w:rPr>
          <w:rFonts w:ascii="Arial" w:hAnsi="Arial" w:cs="Arial"/>
          <w:lang w:val="nl-NL"/>
        </w:rPr>
        <w:t xml:space="preserve">-onderzoek en bereid te zijn om de daarvoor benodigde vragenlijst(en) en formulieren aan de </w:t>
      </w:r>
      <w:r w:rsidR="005D5E6A" w:rsidRPr="00B75FF8">
        <w:rPr>
          <w:rFonts w:ascii="Arial" w:hAnsi="Arial" w:cs="Arial"/>
          <w:lang w:val="nl-NL"/>
        </w:rPr>
        <w:t>Gemeente</w:t>
      </w:r>
      <w:r w:rsidRPr="00B75FF8">
        <w:rPr>
          <w:rFonts w:ascii="Arial" w:hAnsi="Arial" w:cs="Arial"/>
          <w:lang w:val="nl-NL"/>
        </w:rPr>
        <w:t xml:space="preserve"> te</w:t>
      </w:r>
      <w:r w:rsidR="00EA3746" w:rsidRPr="00B75FF8">
        <w:rPr>
          <w:rFonts w:ascii="Arial" w:hAnsi="Arial" w:cs="Arial"/>
          <w:lang w:val="nl-NL"/>
        </w:rPr>
        <w:t xml:space="preserve"> </w:t>
      </w:r>
      <w:r w:rsidRPr="00B75FF8">
        <w:rPr>
          <w:rFonts w:ascii="Arial" w:hAnsi="Arial" w:cs="Arial"/>
          <w:lang w:val="nl-NL"/>
        </w:rPr>
        <w:t>verstrekken.</w:t>
      </w:r>
    </w:p>
    <w:p w14:paraId="37AA1996" w14:textId="77777777" w:rsidR="00B75FF8" w:rsidRPr="00B75FF8" w:rsidRDefault="00B75FF8">
      <w:pPr>
        <w:rPr>
          <w:rFonts w:ascii="Arial" w:hAnsi="Arial" w:cs="Arial"/>
          <w:b/>
          <w:bCs/>
          <w:lang w:val="nl-NL"/>
        </w:rPr>
      </w:pPr>
    </w:p>
    <w:p w14:paraId="6B669194" w14:textId="1737BE25" w:rsidR="00801804" w:rsidRPr="00B75FF8" w:rsidRDefault="00801804">
      <w:pPr>
        <w:rPr>
          <w:rFonts w:ascii="Arial" w:hAnsi="Arial" w:cs="Arial"/>
          <w:b/>
          <w:bCs/>
          <w:lang w:val="nl-NL"/>
        </w:rPr>
      </w:pPr>
      <w:r w:rsidRPr="00B75FF8">
        <w:rPr>
          <w:rFonts w:ascii="Arial" w:hAnsi="Arial" w:cs="Arial"/>
          <w:b/>
          <w:bCs/>
          <w:lang w:val="nl-NL"/>
        </w:rPr>
        <w:t>In te vullen door vertegenwoordigingsbevoegd persoon bedrijf:</w:t>
      </w:r>
    </w:p>
    <w:p w14:paraId="1E6B690F" w14:textId="138EE151" w:rsidR="00C96904" w:rsidRPr="00B75FF8" w:rsidRDefault="00340032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>Naam: __________________________________________</w:t>
      </w:r>
      <w:r w:rsidR="00042D83" w:rsidRPr="00B75FF8">
        <w:rPr>
          <w:rFonts w:ascii="Arial" w:hAnsi="Arial" w:cs="Arial"/>
          <w:lang w:val="nl-NL"/>
        </w:rPr>
        <w:t>______</w:t>
      </w:r>
    </w:p>
    <w:p w14:paraId="7ADE9815" w14:textId="77777777" w:rsidR="00801804" w:rsidRPr="00B75FF8" w:rsidRDefault="00340032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>Functie: __________________________________________</w:t>
      </w:r>
      <w:r w:rsidR="00042D83" w:rsidRPr="00B75FF8">
        <w:rPr>
          <w:rFonts w:ascii="Arial" w:hAnsi="Arial" w:cs="Arial"/>
          <w:lang w:val="nl-NL"/>
        </w:rPr>
        <w:t>_____</w:t>
      </w:r>
    </w:p>
    <w:p w14:paraId="62A8A8C7" w14:textId="31BB55FD" w:rsidR="006410A2" w:rsidRPr="00B75FF8" w:rsidRDefault="00E330BE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br/>
      </w:r>
      <w:r w:rsidR="006410A2" w:rsidRPr="00B75FF8">
        <w:rPr>
          <w:rFonts w:ascii="Arial" w:hAnsi="Arial" w:cs="Arial"/>
          <w:lang w:val="nl-NL"/>
        </w:rPr>
        <w:t>Hierbij verklaar ik de volgende bewijsstukken bijgevoegd te hebben</w:t>
      </w:r>
      <w:r w:rsidR="007C5FA8" w:rsidRPr="00B75FF8">
        <w:rPr>
          <w:rFonts w:ascii="Arial" w:hAnsi="Arial" w:cs="Arial"/>
          <w:lang w:val="nl-NL"/>
        </w:rPr>
        <w:t>:</w:t>
      </w:r>
    </w:p>
    <w:p w14:paraId="63DD4C1F" w14:textId="07CEFE5D" w:rsidR="0087143D" w:rsidRPr="00B75FF8" w:rsidRDefault="007C5FA8">
      <w:pPr>
        <w:rPr>
          <w:rFonts w:ascii="Arial" w:hAnsi="Arial" w:cs="Arial"/>
          <w:lang w:val="nl-NL"/>
        </w:rPr>
      </w:pPr>
      <w:r w:rsidRPr="00B75FF8">
        <w:rPr>
          <w:rFonts w:ascii="Tahoma" w:hAnsi="Tahoma" w:cs="Tahoma"/>
          <w:sz w:val="28"/>
          <w:szCs w:val="28"/>
          <w:lang w:val="nl-NL"/>
        </w:rPr>
        <w:t></w:t>
      </w:r>
      <w:r w:rsidRPr="00B75FF8">
        <w:rPr>
          <w:rFonts w:ascii="Arial" w:hAnsi="Arial" w:cs="Arial"/>
          <w:lang w:val="nl-NL"/>
        </w:rPr>
        <w:t xml:space="preserve"> Uittreksel KvK</w:t>
      </w:r>
      <w:r w:rsidRPr="00B75FF8">
        <w:rPr>
          <w:rFonts w:ascii="Arial" w:hAnsi="Arial" w:cs="Arial"/>
          <w:lang w:val="nl-NL"/>
        </w:rPr>
        <w:br/>
      </w:r>
      <w:r w:rsidRPr="00B75FF8">
        <w:rPr>
          <w:rFonts w:ascii="Tahoma" w:hAnsi="Tahoma" w:cs="Tahoma"/>
          <w:sz w:val="28"/>
          <w:szCs w:val="28"/>
          <w:lang w:val="nl-NL"/>
        </w:rPr>
        <w:t xml:space="preserve"> </w:t>
      </w:r>
      <w:r w:rsidR="005D5E6A" w:rsidRPr="00B75FF8">
        <w:rPr>
          <w:rFonts w:ascii="Arial" w:hAnsi="Arial" w:cs="Arial"/>
          <w:lang w:val="nl-NL"/>
        </w:rPr>
        <w:t xml:space="preserve">Bewijsstuk </w:t>
      </w:r>
      <w:r w:rsidR="0087143D" w:rsidRPr="00B75FF8">
        <w:rPr>
          <w:rFonts w:ascii="Arial" w:hAnsi="Arial" w:cs="Arial"/>
          <w:lang w:val="nl-NL"/>
        </w:rPr>
        <w:t xml:space="preserve">aantal FTE </w:t>
      </w:r>
      <w:r w:rsidR="005D5E6A" w:rsidRPr="00B75FF8">
        <w:rPr>
          <w:rFonts w:ascii="Arial" w:hAnsi="Arial" w:cs="Arial"/>
          <w:lang w:val="nl-NL"/>
        </w:rPr>
        <w:t xml:space="preserve">werkzaam in </w:t>
      </w:r>
      <w:r w:rsidR="0087143D" w:rsidRPr="00B75FF8">
        <w:rPr>
          <w:rFonts w:ascii="Arial" w:hAnsi="Arial" w:cs="Arial"/>
          <w:lang w:val="nl-NL"/>
        </w:rPr>
        <w:t>bedrijf</w:t>
      </w:r>
    </w:p>
    <w:p w14:paraId="60234A05" w14:textId="77777777" w:rsidR="00B75FF8" w:rsidRPr="00B75FF8" w:rsidRDefault="00B75FF8">
      <w:pPr>
        <w:rPr>
          <w:rFonts w:ascii="Arial" w:hAnsi="Arial" w:cs="Arial"/>
          <w:lang w:val="nl-NL"/>
        </w:rPr>
      </w:pPr>
    </w:p>
    <w:p w14:paraId="2EF9FE89" w14:textId="53A0EFFB" w:rsidR="00C96904" w:rsidRPr="00B75FF8" w:rsidRDefault="00340032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>Datum: __________________________________________</w:t>
      </w:r>
      <w:r w:rsidR="00042D83" w:rsidRPr="00B75FF8">
        <w:rPr>
          <w:rFonts w:ascii="Arial" w:hAnsi="Arial" w:cs="Arial"/>
          <w:lang w:val="nl-NL"/>
        </w:rPr>
        <w:t>______</w:t>
      </w:r>
      <w:r w:rsidR="00CF61AB" w:rsidRPr="00B75FF8">
        <w:rPr>
          <w:rFonts w:ascii="Arial" w:hAnsi="Arial" w:cs="Arial"/>
          <w:lang w:val="nl-NL"/>
        </w:rPr>
        <w:br/>
      </w:r>
    </w:p>
    <w:p w14:paraId="47A6A18A" w14:textId="77777777" w:rsidR="00C96904" w:rsidRPr="00B75FF8" w:rsidRDefault="00340032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>Handtekening: __________________________________________</w:t>
      </w:r>
    </w:p>
    <w:p w14:paraId="290B8515" w14:textId="77777777" w:rsidR="00C65EE2" w:rsidRPr="00B75FF8" w:rsidRDefault="00C65EE2" w:rsidP="00C65EE2">
      <w:pPr>
        <w:rPr>
          <w:rFonts w:ascii="Arial" w:hAnsi="Arial" w:cs="Arial"/>
          <w:lang w:val="nl-NL"/>
        </w:rPr>
      </w:pPr>
    </w:p>
    <w:p w14:paraId="41BACEAB" w14:textId="390586CA" w:rsidR="00C65EE2" w:rsidRPr="00B75FF8" w:rsidRDefault="00A35BB8" w:rsidP="00A35BB8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lang w:val="nl-NL"/>
        </w:rPr>
        <w:t>De gemeente Enschede gebruikt de contactgegevens alleen voor de toewijzing van de kavels en het opmaken van de reserverings- en koop- of erfpachtovereenkomst. De gegevens worden bewaard en vernietigd overeenkomstig de daarvoor geldende wet- en regelgeving. Op de door u verstrekt</w:t>
      </w:r>
      <w:r w:rsidR="008F6F16" w:rsidRPr="00B75FF8">
        <w:rPr>
          <w:rFonts w:ascii="Arial" w:hAnsi="Arial" w:cs="Arial"/>
          <w:lang w:val="nl-NL"/>
        </w:rPr>
        <w:t>e</w:t>
      </w:r>
      <w:r w:rsidRPr="00B75FF8">
        <w:rPr>
          <w:rFonts w:ascii="Arial" w:hAnsi="Arial" w:cs="Arial"/>
          <w:lang w:val="nl-NL"/>
        </w:rPr>
        <w:t xml:space="preserve"> gegevens is de privacyverklaring van de gemeente Enschede van toepassing. Zie: </w:t>
      </w:r>
      <w:hyperlink r:id="rId10" w:history="1">
        <w:r w:rsidR="005D0FC8" w:rsidRPr="00B75FF8">
          <w:rPr>
            <w:rStyle w:val="Hyperlink"/>
            <w:rFonts w:ascii="Arial" w:hAnsi="Arial" w:cs="Arial"/>
            <w:color w:val="66C1C4"/>
            <w:lang w:val="nl-NL"/>
          </w:rPr>
          <w:t>https://www.enschede.nl/privacy</w:t>
        </w:r>
      </w:hyperlink>
      <w:r w:rsidR="005D0FC8" w:rsidRPr="00B75FF8">
        <w:rPr>
          <w:rFonts w:ascii="Arial" w:hAnsi="Arial" w:cs="Arial"/>
          <w:color w:val="66C1C4"/>
          <w:lang w:val="nl-NL"/>
        </w:rPr>
        <w:t>.</w:t>
      </w:r>
      <w:r w:rsidR="005D0FC8" w:rsidRPr="00B75FF8">
        <w:rPr>
          <w:rFonts w:ascii="Arial" w:hAnsi="Arial" w:cs="Arial"/>
          <w:lang w:val="nl-NL"/>
        </w:rPr>
        <w:t xml:space="preserve"> </w:t>
      </w:r>
      <w:r w:rsidRPr="00B75FF8">
        <w:rPr>
          <w:rFonts w:ascii="Arial" w:hAnsi="Arial" w:cs="Arial"/>
          <w:lang w:val="nl-NL"/>
        </w:rPr>
        <w:t xml:space="preserve">  </w:t>
      </w:r>
    </w:p>
    <w:p w14:paraId="6B49915E" w14:textId="77777777" w:rsidR="00B75FF8" w:rsidRDefault="00B75FF8" w:rsidP="00C65EE2">
      <w:pPr>
        <w:rPr>
          <w:rFonts w:ascii="Arial" w:hAnsi="Arial" w:cs="Arial"/>
          <w:lang w:val="nl-NL"/>
        </w:rPr>
      </w:pPr>
    </w:p>
    <w:p w14:paraId="32420542" w14:textId="77777777" w:rsidR="00B75FF8" w:rsidRDefault="00B75FF8" w:rsidP="00C65EE2">
      <w:pPr>
        <w:rPr>
          <w:rFonts w:ascii="Arial" w:hAnsi="Arial" w:cs="Arial"/>
          <w:lang w:val="nl-NL"/>
        </w:rPr>
      </w:pPr>
    </w:p>
    <w:p w14:paraId="54237E32" w14:textId="005AB0EC" w:rsidR="00C65EE2" w:rsidRPr="00B75FF8" w:rsidRDefault="00E330BE" w:rsidP="00C65EE2">
      <w:pPr>
        <w:rPr>
          <w:rFonts w:ascii="Arial" w:hAnsi="Arial" w:cs="Arial"/>
          <w:lang w:val="nl-NL"/>
        </w:rPr>
      </w:pPr>
      <w:r w:rsidRPr="00B75FF8">
        <w:rPr>
          <w:rFonts w:ascii="Arial" w:hAnsi="Arial" w:cs="Arial"/>
          <w:noProof/>
          <w:lang w:val="nl-NL"/>
        </w:rPr>
        <w:lastRenderedPageBreak/>
        <w:drawing>
          <wp:anchor distT="0" distB="0" distL="114300" distR="114300" simplePos="0" relativeHeight="251660288" behindDoc="1" locked="0" layoutInCell="1" allowOverlap="1" wp14:anchorId="3ECF1F16" wp14:editId="5D15E0AB">
            <wp:simplePos x="0" y="0"/>
            <wp:positionH relativeFrom="column">
              <wp:posOffset>3422015</wp:posOffset>
            </wp:positionH>
            <wp:positionV relativeFrom="paragraph">
              <wp:posOffset>5355590</wp:posOffset>
            </wp:positionV>
            <wp:extent cx="1663065" cy="332105"/>
            <wp:effectExtent l="0" t="0" r="635" b="0"/>
            <wp:wrapTight wrapText="bothSides">
              <wp:wrapPolygon edited="0">
                <wp:start x="0" y="0"/>
                <wp:lineTo x="0" y="20650"/>
                <wp:lineTo x="21443" y="20650"/>
                <wp:lineTo x="21443" y="0"/>
                <wp:lineTo x="0" y="0"/>
              </wp:wrapPolygon>
            </wp:wrapTight>
            <wp:docPr id="12" name="Afbeelding 11" descr="Afbeelding met tekst, Lettertype, logo, symbool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7DE2145D-88C4-8009-82EA-142BB88081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1" descr="Afbeelding met tekst, Lettertype, logo, symbool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7DE2145D-88C4-8009-82EA-142BB88081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5FF8">
        <w:rPr>
          <w:rFonts w:ascii="Arial" w:hAnsi="Arial" w:cs="Arial"/>
          <w:noProof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9B5B5" wp14:editId="2205A84A">
                <wp:simplePos x="0" y="0"/>
                <wp:positionH relativeFrom="column">
                  <wp:posOffset>3316862</wp:posOffset>
                </wp:positionH>
                <wp:positionV relativeFrom="paragraph">
                  <wp:posOffset>5897867</wp:posOffset>
                </wp:positionV>
                <wp:extent cx="3248660" cy="2159000"/>
                <wp:effectExtent l="0" t="0" r="2540" b="0"/>
                <wp:wrapNone/>
                <wp:docPr id="1989361869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660" cy="215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554F5C" w14:textId="77777777" w:rsidR="00C65EE2" w:rsidRPr="00042D83" w:rsidRDefault="00C65EE2" w:rsidP="00C65EE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66C1C4"/>
                                <w:lang w:val="nl-NL"/>
                              </w:rPr>
                            </w:pPr>
                            <w:r w:rsidRPr="00042D83">
                              <w:rPr>
                                <w:rFonts w:ascii="Arial" w:hAnsi="Arial" w:cs="Arial"/>
                                <w:b/>
                                <w:bCs/>
                                <w:color w:val="66C1C4"/>
                                <w:lang w:val="nl-NL"/>
                              </w:rPr>
                              <w:t>CONTACT</w:t>
                            </w:r>
                          </w:p>
                          <w:p w14:paraId="61D228A1" w14:textId="77777777" w:rsidR="00C65EE2" w:rsidRPr="00C65EE2" w:rsidRDefault="00C65EE2" w:rsidP="00C65EE2">
                            <w:pPr>
                              <w:rPr>
                                <w:rFonts w:ascii="Arial" w:hAnsi="Arial" w:cs="Arial"/>
                                <w:lang w:val="nl-NL"/>
                              </w:rPr>
                            </w:pPr>
                            <w:r w:rsidRPr="00C65EE2">
                              <w:rPr>
                                <w:rFonts w:ascii="Arial" w:hAnsi="Arial" w:cs="Arial"/>
                                <w:lang w:val="nl-NL"/>
                              </w:rPr>
                              <w:t>Gemeente Enschede</w:t>
                            </w:r>
                            <w:r>
                              <w:rPr>
                                <w:rFonts w:ascii="Arial" w:hAnsi="Arial" w:cs="Arial"/>
                                <w:lang w:val="nl-NL"/>
                              </w:rPr>
                              <w:br/>
                            </w:r>
                            <w:r w:rsidRPr="00C65EE2">
                              <w:rPr>
                                <w:rFonts w:ascii="Arial" w:hAnsi="Arial" w:cs="Arial"/>
                                <w:lang w:val="nl-NL"/>
                              </w:rPr>
                              <w:t>Postbus 20</w:t>
                            </w:r>
                            <w:r>
                              <w:rPr>
                                <w:rFonts w:ascii="Arial" w:hAnsi="Arial" w:cs="Arial"/>
                                <w:lang w:val="nl-NL"/>
                              </w:rPr>
                              <w:br/>
                            </w:r>
                            <w:r w:rsidRPr="00C65EE2">
                              <w:rPr>
                                <w:rFonts w:ascii="Arial" w:hAnsi="Arial" w:cs="Arial"/>
                                <w:lang w:val="nl-NL"/>
                              </w:rPr>
                              <w:t>7500 AA Enschede</w:t>
                            </w:r>
                          </w:p>
                          <w:p w14:paraId="566D88C5" w14:textId="77777777" w:rsidR="00C65EE2" w:rsidRPr="00C65EE2" w:rsidRDefault="00C65EE2" w:rsidP="00C65EE2">
                            <w:pPr>
                              <w:rPr>
                                <w:rFonts w:ascii="Arial" w:hAnsi="Arial" w:cs="Arial"/>
                                <w:color w:val="66C1C4"/>
                                <w:lang w:val="nl-NL"/>
                              </w:rPr>
                            </w:pPr>
                            <w:hyperlink r:id="rId12" w:history="1">
                              <w:r w:rsidRPr="00C65EE2">
                                <w:rPr>
                                  <w:rStyle w:val="Hyperlink"/>
                                  <w:rFonts w:ascii="Arial" w:hAnsi="Arial" w:cs="Arial"/>
                                  <w:color w:val="66C1C4"/>
                                  <w:lang w:val="nl-NL"/>
                                </w:rPr>
                                <w:t>www.enschede.nl/bedrijventerrein-usseler-mors</w:t>
                              </w:r>
                            </w:hyperlink>
                          </w:p>
                          <w:p w14:paraId="0A1480E3" w14:textId="25B35954" w:rsidR="00C65EE2" w:rsidRPr="00C65EE2" w:rsidRDefault="00C65EE2">
                            <w:pPr>
                              <w:rPr>
                                <w:rFonts w:ascii="Arial" w:hAnsi="Arial" w:cs="Arial"/>
                                <w:lang w:val="nl-NL"/>
                              </w:rPr>
                            </w:pPr>
                            <w:r w:rsidRPr="00C65EE2">
                              <w:rPr>
                                <w:rFonts w:ascii="Arial" w:hAnsi="Arial" w:cs="Arial"/>
                                <w:lang w:val="nl-NL"/>
                              </w:rPr>
                              <w:t>Jacqueline Achterhuis</w:t>
                            </w:r>
                            <w:r>
                              <w:rPr>
                                <w:rFonts w:ascii="Arial" w:hAnsi="Arial" w:cs="Arial"/>
                                <w:lang w:val="nl-NL"/>
                              </w:rPr>
                              <w:br/>
                            </w:r>
                            <w:r w:rsidRPr="00C65EE2">
                              <w:rPr>
                                <w:rFonts w:ascii="Arial" w:hAnsi="Arial" w:cs="Arial"/>
                                <w:lang w:val="nl-NL"/>
                              </w:rPr>
                              <w:t>Makelaar bouwkavels</w:t>
                            </w:r>
                            <w:r>
                              <w:rPr>
                                <w:rFonts w:ascii="Arial" w:hAnsi="Arial" w:cs="Arial"/>
                                <w:lang w:val="nl-NL"/>
                              </w:rPr>
                              <w:br/>
                            </w:r>
                            <w:hyperlink r:id="rId13" w:history="1">
                              <w:r w:rsidRPr="00C65EE2">
                                <w:rPr>
                                  <w:rStyle w:val="Hyperlink"/>
                                  <w:rFonts w:ascii="Arial" w:hAnsi="Arial" w:cs="Arial"/>
                                  <w:color w:val="66C1C4"/>
                                  <w:lang w:val="nl-NL"/>
                                </w:rPr>
                                <w:t>usselermors@enschede.nl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lang w:val="nl-NL"/>
                              </w:rPr>
                              <w:br/>
                            </w:r>
                            <w:hyperlink r:id="rId14" w:history="1">
                              <w:r w:rsidRPr="00C65EE2">
                                <w:rPr>
                                  <w:rStyle w:val="Hyperlink"/>
                                  <w:rFonts w:ascii="Arial" w:hAnsi="Arial" w:cs="Arial"/>
                                  <w:color w:val="66C1C4"/>
                                  <w:lang w:val="nl-NL"/>
                                </w:rPr>
                                <w:t>www.usselermors.nl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9B5B5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261.15pt;margin-top:464.4pt;width:255.8pt;height:17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" fillcolor="white [3201]" stroked="f" strokeweight=".5pt">
                <v:textbox>
                  <w:txbxContent>
                    <w:p w14:paraId="16554F5C" w14:textId="77777777" w:rsidR="00C65EE2" w:rsidRPr="00042D83" w:rsidRDefault="00C65EE2" w:rsidP="00C65EE2">
                      <w:pPr>
                        <w:rPr>
                          <w:rFonts w:ascii="Arial" w:hAnsi="Arial" w:cs="Arial"/>
                          <w:b/>
                          <w:bCs/>
                          <w:color w:val="66C1C4"/>
                          <w:lang w:val="nl-NL"/>
                        </w:rPr>
                      </w:pPr>
                      <w:r w:rsidRPr="00042D83">
                        <w:rPr>
                          <w:rFonts w:ascii="Arial" w:hAnsi="Arial" w:cs="Arial"/>
                          <w:b/>
                          <w:bCs/>
                          <w:color w:val="66C1C4"/>
                          <w:lang w:val="nl-NL"/>
                        </w:rPr>
                        <w:t>CONTACT</w:t>
                      </w:r>
                    </w:p>
                    <w:p w14:paraId="61D228A1" w14:textId="77777777" w:rsidR="00C65EE2" w:rsidRPr="00C65EE2" w:rsidRDefault="00C65EE2" w:rsidP="00C65EE2">
                      <w:pPr>
                        <w:rPr>
                          <w:rFonts w:ascii="Arial" w:hAnsi="Arial" w:cs="Arial"/>
                          <w:lang w:val="nl-NL"/>
                        </w:rPr>
                      </w:pPr>
                      <w:r w:rsidRPr="00C65EE2">
                        <w:rPr>
                          <w:rFonts w:ascii="Arial" w:hAnsi="Arial" w:cs="Arial"/>
                          <w:lang w:val="nl-NL"/>
                        </w:rPr>
                        <w:t>Gemeente Enschede</w:t>
                      </w:r>
                      <w:r>
                        <w:rPr>
                          <w:rFonts w:ascii="Arial" w:hAnsi="Arial" w:cs="Arial"/>
                          <w:lang w:val="nl-NL"/>
                        </w:rPr>
                        <w:br/>
                      </w:r>
                      <w:r w:rsidRPr="00C65EE2">
                        <w:rPr>
                          <w:rFonts w:ascii="Arial" w:hAnsi="Arial" w:cs="Arial"/>
                          <w:lang w:val="nl-NL"/>
                        </w:rPr>
                        <w:t>Postbus 20</w:t>
                      </w:r>
                      <w:r>
                        <w:rPr>
                          <w:rFonts w:ascii="Arial" w:hAnsi="Arial" w:cs="Arial"/>
                          <w:lang w:val="nl-NL"/>
                        </w:rPr>
                        <w:br/>
                      </w:r>
                      <w:r w:rsidRPr="00C65EE2">
                        <w:rPr>
                          <w:rFonts w:ascii="Arial" w:hAnsi="Arial" w:cs="Arial"/>
                          <w:lang w:val="nl-NL"/>
                        </w:rPr>
                        <w:t>7500 AA Enschede</w:t>
                      </w:r>
                    </w:p>
                    <w:p w14:paraId="566D88C5" w14:textId="77777777" w:rsidR="00C65EE2" w:rsidRPr="00C65EE2" w:rsidRDefault="00C65EE2" w:rsidP="00C65EE2">
                      <w:pPr>
                        <w:rPr>
                          <w:rFonts w:ascii="Arial" w:hAnsi="Arial" w:cs="Arial"/>
                          <w:color w:val="66C1C4"/>
                          <w:lang w:val="nl-NL"/>
                        </w:rPr>
                      </w:pPr>
                      <w:hyperlink r:id="rId18" w:history="1">
                        <w:r w:rsidRPr="00C65EE2">
                          <w:rPr>
                            <w:rStyle w:val="Hyperlink"/>
                            <w:rFonts w:ascii="Arial" w:hAnsi="Arial" w:cs="Arial"/>
                            <w:color w:val="66C1C4"/>
                            <w:lang w:val="nl-NL"/>
                          </w:rPr>
                          <w:t>www.enschede.nl/bedrijventerrein-usseler-mors</w:t>
                        </w:r>
                      </w:hyperlink>
                    </w:p>
                    <w:p w14:paraId="0A1480E3" w14:textId="25B35954" w:rsidR="00C65EE2" w:rsidRPr="00C65EE2" w:rsidRDefault="00C65EE2">
                      <w:pPr>
                        <w:rPr>
                          <w:rFonts w:ascii="Arial" w:hAnsi="Arial" w:cs="Arial"/>
                          <w:lang w:val="nl-NL"/>
                        </w:rPr>
                      </w:pPr>
                      <w:r w:rsidRPr="00C65EE2">
                        <w:rPr>
                          <w:rFonts w:ascii="Arial" w:hAnsi="Arial" w:cs="Arial"/>
                          <w:lang w:val="nl-NL"/>
                        </w:rPr>
                        <w:t>Jacqueline Achterhuis</w:t>
                      </w:r>
                      <w:r>
                        <w:rPr>
                          <w:rFonts w:ascii="Arial" w:hAnsi="Arial" w:cs="Arial"/>
                          <w:lang w:val="nl-NL"/>
                        </w:rPr>
                        <w:br/>
                      </w:r>
                      <w:r w:rsidRPr="00C65EE2">
                        <w:rPr>
                          <w:rFonts w:ascii="Arial" w:hAnsi="Arial" w:cs="Arial"/>
                          <w:lang w:val="nl-NL"/>
                        </w:rPr>
                        <w:t>Makelaar bouwkavels</w:t>
                      </w:r>
                      <w:r>
                        <w:rPr>
                          <w:rFonts w:ascii="Arial" w:hAnsi="Arial" w:cs="Arial"/>
                          <w:lang w:val="nl-NL"/>
                        </w:rPr>
                        <w:br/>
                      </w:r>
                      <w:hyperlink r:id="rId19" w:history="1">
                        <w:r w:rsidRPr="00C65EE2">
                          <w:rPr>
                            <w:rStyle w:val="Hyperlink"/>
                            <w:rFonts w:ascii="Arial" w:hAnsi="Arial" w:cs="Arial"/>
                            <w:color w:val="66C1C4"/>
                            <w:lang w:val="nl-NL"/>
                          </w:rPr>
                          <w:t>usselermors@enschede.nl</w:t>
                        </w:r>
                      </w:hyperlink>
                      <w:r>
                        <w:rPr>
                          <w:rFonts w:ascii="Arial" w:hAnsi="Arial" w:cs="Arial"/>
                          <w:lang w:val="nl-NL"/>
                        </w:rPr>
                        <w:br/>
                      </w:r>
                      <w:hyperlink r:id="rId20" w:history="1">
                        <w:r w:rsidRPr="00C65EE2">
                          <w:rPr>
                            <w:rStyle w:val="Hyperlink"/>
                            <w:rFonts w:ascii="Arial" w:hAnsi="Arial" w:cs="Arial"/>
                            <w:color w:val="66C1C4"/>
                            <w:lang w:val="nl-NL"/>
                          </w:rPr>
                          <w:t>www.usselermors.nl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C65EE2" w:rsidRPr="00B75FF8" w:rsidSect="0003461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94AC47" w14:textId="77777777" w:rsidR="00EC3A0C" w:rsidRDefault="00EC3A0C" w:rsidP="00F37966">
      <w:pPr>
        <w:spacing w:after="0" w:line="240" w:lineRule="auto"/>
      </w:pPr>
      <w:r>
        <w:separator/>
      </w:r>
    </w:p>
  </w:endnote>
  <w:endnote w:type="continuationSeparator" w:id="0">
    <w:p w14:paraId="3E3278B8" w14:textId="77777777" w:rsidR="00EC3A0C" w:rsidRDefault="00EC3A0C" w:rsidP="00F3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9887C3" w14:textId="77777777" w:rsidR="00AA5905" w:rsidRDefault="00AA59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052086" w14:textId="3B2B7341" w:rsidR="00F37966" w:rsidRDefault="00F37966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F14B80" wp14:editId="198007F3">
          <wp:simplePos x="0" y="0"/>
          <wp:positionH relativeFrom="column">
            <wp:posOffset>3968115</wp:posOffset>
          </wp:positionH>
          <wp:positionV relativeFrom="paragraph">
            <wp:posOffset>-274320</wp:posOffset>
          </wp:positionV>
          <wp:extent cx="2088515" cy="651510"/>
          <wp:effectExtent l="0" t="0" r="0" b="0"/>
          <wp:wrapTight wrapText="bothSides">
            <wp:wrapPolygon edited="0">
              <wp:start x="7881" y="0"/>
              <wp:lineTo x="1445" y="2105"/>
              <wp:lineTo x="919" y="2526"/>
              <wp:lineTo x="919" y="13474"/>
              <wp:lineTo x="0" y="15579"/>
              <wp:lineTo x="0" y="21053"/>
              <wp:lineTo x="1970" y="21053"/>
              <wp:lineTo x="1970" y="20211"/>
              <wp:lineTo x="21410" y="16000"/>
              <wp:lineTo x="21410" y="11368"/>
              <wp:lineTo x="11953" y="6737"/>
              <wp:lineTo x="12609" y="3368"/>
              <wp:lineTo x="12084" y="2105"/>
              <wp:lineTo x="8932" y="0"/>
              <wp:lineTo x="7881" y="0"/>
            </wp:wrapPolygon>
          </wp:wrapTight>
          <wp:docPr id="1865188953" name="Afbeelding 3" descr="Afbeelding met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188953" name="Afbeelding 3" descr="Afbeelding met schermopname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8515" cy="65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9DC33E" w14:textId="77777777" w:rsidR="00AA5905" w:rsidRDefault="00AA59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7AB8BE" w14:textId="77777777" w:rsidR="00EC3A0C" w:rsidRDefault="00EC3A0C" w:rsidP="00F37966">
      <w:pPr>
        <w:spacing w:after="0" w:line="240" w:lineRule="auto"/>
      </w:pPr>
      <w:r>
        <w:separator/>
      </w:r>
    </w:p>
  </w:footnote>
  <w:footnote w:type="continuationSeparator" w:id="0">
    <w:p w14:paraId="1C9BE203" w14:textId="77777777" w:rsidR="00EC3A0C" w:rsidRDefault="00EC3A0C" w:rsidP="00F37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32C970" w14:textId="77777777" w:rsidR="00AA5905" w:rsidRDefault="00AA59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785746" w14:textId="77777777" w:rsidR="00AA5905" w:rsidRDefault="00AA59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B66BD1" w14:textId="77777777" w:rsidR="00AA5905" w:rsidRDefault="00AA59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F94B4F"/>
    <w:multiLevelType w:val="hybridMultilevel"/>
    <w:tmpl w:val="E42CF3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5921F3"/>
    <w:multiLevelType w:val="hybridMultilevel"/>
    <w:tmpl w:val="896A2CC8"/>
    <w:lvl w:ilvl="0" w:tplc="5F8E5A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26C8A"/>
    <w:multiLevelType w:val="hybridMultilevel"/>
    <w:tmpl w:val="E4CC19B0"/>
    <w:lvl w:ilvl="0" w:tplc="C6BCBA26">
      <w:start w:val="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8891">
    <w:abstractNumId w:val="8"/>
  </w:num>
  <w:num w:numId="2" w16cid:durableId="478887407">
    <w:abstractNumId w:val="6"/>
  </w:num>
  <w:num w:numId="3" w16cid:durableId="78530148">
    <w:abstractNumId w:val="5"/>
  </w:num>
  <w:num w:numId="4" w16cid:durableId="1008992743">
    <w:abstractNumId w:val="4"/>
  </w:num>
  <w:num w:numId="5" w16cid:durableId="1877620934">
    <w:abstractNumId w:val="7"/>
  </w:num>
  <w:num w:numId="6" w16cid:durableId="1925845717">
    <w:abstractNumId w:val="3"/>
  </w:num>
  <w:num w:numId="7" w16cid:durableId="757485311">
    <w:abstractNumId w:val="2"/>
  </w:num>
  <w:num w:numId="8" w16cid:durableId="719088855">
    <w:abstractNumId w:val="1"/>
  </w:num>
  <w:num w:numId="9" w16cid:durableId="305597090">
    <w:abstractNumId w:val="0"/>
  </w:num>
  <w:num w:numId="10" w16cid:durableId="810246376">
    <w:abstractNumId w:val="9"/>
  </w:num>
  <w:num w:numId="11" w16cid:durableId="311180294">
    <w:abstractNumId w:val="11"/>
  </w:num>
  <w:num w:numId="12" w16cid:durableId="168301589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F4F"/>
    <w:rsid w:val="00017D52"/>
    <w:rsid w:val="00034616"/>
    <w:rsid w:val="00042D83"/>
    <w:rsid w:val="0006063C"/>
    <w:rsid w:val="000C62F5"/>
    <w:rsid w:val="001315F6"/>
    <w:rsid w:val="0015074B"/>
    <w:rsid w:val="00177E3C"/>
    <w:rsid w:val="00192740"/>
    <w:rsid w:val="001C50B7"/>
    <w:rsid w:val="001D6786"/>
    <w:rsid w:val="0022178A"/>
    <w:rsid w:val="0024593F"/>
    <w:rsid w:val="002552D6"/>
    <w:rsid w:val="00263740"/>
    <w:rsid w:val="002665F2"/>
    <w:rsid w:val="0029639D"/>
    <w:rsid w:val="002B23BA"/>
    <w:rsid w:val="002B5271"/>
    <w:rsid w:val="002D045C"/>
    <w:rsid w:val="002D172B"/>
    <w:rsid w:val="002E2E0D"/>
    <w:rsid w:val="00324D53"/>
    <w:rsid w:val="00326F90"/>
    <w:rsid w:val="00340032"/>
    <w:rsid w:val="00357287"/>
    <w:rsid w:val="0036706C"/>
    <w:rsid w:val="003A4A82"/>
    <w:rsid w:val="003B0B5E"/>
    <w:rsid w:val="00452DC7"/>
    <w:rsid w:val="004564F6"/>
    <w:rsid w:val="004722D8"/>
    <w:rsid w:val="00486D32"/>
    <w:rsid w:val="00491CF9"/>
    <w:rsid w:val="004F003B"/>
    <w:rsid w:val="00527030"/>
    <w:rsid w:val="00537325"/>
    <w:rsid w:val="00554BF7"/>
    <w:rsid w:val="005C4BCD"/>
    <w:rsid w:val="005D0FC8"/>
    <w:rsid w:val="005D1B22"/>
    <w:rsid w:val="005D5E6A"/>
    <w:rsid w:val="0060144C"/>
    <w:rsid w:val="0061023A"/>
    <w:rsid w:val="006410A2"/>
    <w:rsid w:val="0068380B"/>
    <w:rsid w:val="0068581A"/>
    <w:rsid w:val="006940DB"/>
    <w:rsid w:val="006A6180"/>
    <w:rsid w:val="007212F4"/>
    <w:rsid w:val="007B6057"/>
    <w:rsid w:val="007C5FA8"/>
    <w:rsid w:val="007D763E"/>
    <w:rsid w:val="007D7887"/>
    <w:rsid w:val="007E3741"/>
    <w:rsid w:val="00801804"/>
    <w:rsid w:val="00810E30"/>
    <w:rsid w:val="008454AA"/>
    <w:rsid w:val="008653C1"/>
    <w:rsid w:val="0086681A"/>
    <w:rsid w:val="00870EAA"/>
    <w:rsid w:val="0087143D"/>
    <w:rsid w:val="00885665"/>
    <w:rsid w:val="008A4725"/>
    <w:rsid w:val="008E4132"/>
    <w:rsid w:val="008F1021"/>
    <w:rsid w:val="008F6F16"/>
    <w:rsid w:val="008F71B4"/>
    <w:rsid w:val="009144A4"/>
    <w:rsid w:val="00920EC2"/>
    <w:rsid w:val="00930399"/>
    <w:rsid w:val="00936286"/>
    <w:rsid w:val="00966A61"/>
    <w:rsid w:val="00967004"/>
    <w:rsid w:val="0097100D"/>
    <w:rsid w:val="0098071F"/>
    <w:rsid w:val="00994F2E"/>
    <w:rsid w:val="009A62D4"/>
    <w:rsid w:val="009C26F2"/>
    <w:rsid w:val="009C36C2"/>
    <w:rsid w:val="00A35BB8"/>
    <w:rsid w:val="00AA1D8D"/>
    <w:rsid w:val="00AA5905"/>
    <w:rsid w:val="00AA64CD"/>
    <w:rsid w:val="00B048D1"/>
    <w:rsid w:val="00B16D6E"/>
    <w:rsid w:val="00B25977"/>
    <w:rsid w:val="00B47730"/>
    <w:rsid w:val="00B62A4B"/>
    <w:rsid w:val="00B64889"/>
    <w:rsid w:val="00B7070C"/>
    <w:rsid w:val="00B75FF8"/>
    <w:rsid w:val="00BA1849"/>
    <w:rsid w:val="00BC64EB"/>
    <w:rsid w:val="00BF5BF8"/>
    <w:rsid w:val="00C153BF"/>
    <w:rsid w:val="00C3137D"/>
    <w:rsid w:val="00C36270"/>
    <w:rsid w:val="00C640B7"/>
    <w:rsid w:val="00C65EE2"/>
    <w:rsid w:val="00C96904"/>
    <w:rsid w:val="00CB0664"/>
    <w:rsid w:val="00CB2A45"/>
    <w:rsid w:val="00CB3509"/>
    <w:rsid w:val="00CB747D"/>
    <w:rsid w:val="00CD5F60"/>
    <w:rsid w:val="00CE273A"/>
    <w:rsid w:val="00CE3B13"/>
    <w:rsid w:val="00CF5195"/>
    <w:rsid w:val="00CF61AB"/>
    <w:rsid w:val="00D12FC9"/>
    <w:rsid w:val="00D206BC"/>
    <w:rsid w:val="00D26495"/>
    <w:rsid w:val="00D55A9A"/>
    <w:rsid w:val="00DC495E"/>
    <w:rsid w:val="00E250A0"/>
    <w:rsid w:val="00E330BE"/>
    <w:rsid w:val="00E35B64"/>
    <w:rsid w:val="00E80A87"/>
    <w:rsid w:val="00E93B41"/>
    <w:rsid w:val="00EA3746"/>
    <w:rsid w:val="00EA6AB7"/>
    <w:rsid w:val="00EC3A0C"/>
    <w:rsid w:val="00EE2BBF"/>
    <w:rsid w:val="00EE4DC9"/>
    <w:rsid w:val="00EF586D"/>
    <w:rsid w:val="00F37966"/>
    <w:rsid w:val="00F37F29"/>
    <w:rsid w:val="00F447A9"/>
    <w:rsid w:val="00F544D1"/>
    <w:rsid w:val="00F569A7"/>
    <w:rsid w:val="00F57CC7"/>
    <w:rsid w:val="00FC2190"/>
    <w:rsid w:val="00FC49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6EC42A"/>
  <w14:defaultImageDpi w14:val="330"/>
  <w15:docId w15:val="{5D32B5AC-751A-4766-AC8C-78A23F3B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2D83"/>
  </w:style>
  <w:style w:type="paragraph" w:styleId="Kop1">
    <w:name w:val="heading 1"/>
    <w:basedOn w:val="Standaard"/>
    <w:next w:val="Standaard"/>
    <w:link w:val="Kop1Char"/>
    <w:uiPriority w:val="9"/>
    <w:qFormat/>
    <w:rsid w:val="00CE3B13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66C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CE3B13"/>
    <w:rPr>
      <w:rFonts w:ascii="Arial" w:eastAsiaTheme="majorEastAsia" w:hAnsi="Arial" w:cstheme="majorBidi"/>
      <w:b/>
      <w:bCs/>
      <w:color w:val="66C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e">
    <w:name w:val="Revision"/>
    <w:hidden/>
    <w:uiPriority w:val="99"/>
    <w:semiHidden/>
    <w:rsid w:val="0052703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2703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703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703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703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7030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2B527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527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2B2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658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usselermors@enschede.nl" TargetMode="External"/><Relationship Id="rId18" Type="http://schemas.openxmlformats.org/officeDocument/2006/relationships/hyperlink" Target="http://www.enschede.nl/bedrijventerrein-usseler-mors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enschede.nl/bedrijventerrein-usseler-mors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openxmlformats.org/officeDocument/2006/relationships/hyperlink" Target="http://www.usselermors.n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www.enschede.nl/privacy" TargetMode="External"/><Relationship Id="rId19" Type="http://schemas.openxmlformats.org/officeDocument/2006/relationships/hyperlink" Target="mailto:usselermors@enschede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sselermors.nl/kavels/" TargetMode="External"/><Relationship Id="rId14" Type="http://schemas.openxmlformats.org/officeDocument/2006/relationships/hyperlink" Target="http://www.usselermors.nl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873</Words>
  <Characters>4803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Marieke Vizee</cp:lastModifiedBy>
  <cp:revision>5</cp:revision>
  <dcterms:created xsi:type="dcterms:W3CDTF">2026-08-20T08:22:00Z</dcterms:created>
  <dcterms:modified xsi:type="dcterms:W3CDTF">2026-08-20T15:16:00Z</dcterms:modified>
  <cp:category/>
</cp:coreProperties>
</file>